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465" w:rsidRDefault="00851EA8">
      <w:pPr>
        <w:jc w:val="center"/>
      </w:pPr>
      <w:r>
        <w:rPr>
          <w:b/>
          <w:sz w:val="28"/>
        </w:rPr>
        <w:t>SİİRT ÜNİVERSİTESİ</w:t>
      </w:r>
      <w:r>
        <w:rPr>
          <w:b/>
          <w:sz w:val="28"/>
        </w:rPr>
        <w:br/>
        <w:t>KARİYER ARAŞTIRMA, PLANLAMA VE UYGULAMA MERKEZİ (KAPUM)</w:t>
      </w:r>
    </w:p>
    <w:p w:rsidR="00174465" w:rsidRDefault="00851EA8">
      <w:pPr>
        <w:jc w:val="center"/>
      </w:pPr>
      <w:r>
        <w:rPr>
          <w:b/>
          <w:sz w:val="26"/>
        </w:rPr>
        <w:t>TOPLUMSAL KATKI FAALİYETLERİ BİLDİRİM FORMLARI</w:t>
      </w:r>
      <w:r>
        <w:rPr>
          <w:b/>
          <w:sz w:val="26"/>
        </w:rPr>
        <w:br/>
        <w:t>(2024–2026)</w:t>
      </w:r>
    </w:p>
    <w:p w:rsidR="00174465" w:rsidRDefault="00851EA8">
      <w:r>
        <w:rPr>
          <w:b/>
        </w:rPr>
        <w:t xml:space="preserve">Kaynak ve kapsam notu: </w:t>
      </w:r>
      <w:r>
        <w:t>Bu çalışma, yüklenen ETKİNLİKLER belgesinde KAPUM adına listelenen faaliyetlerin tamamı esas alınarak hazırlanmıştır. Her faaliyet için ayrı form oluşturulmuş; resmî KAPUM sayfasında bulunan bilgilerle içerik, tarih ve bağlantılar kontrol edilmiştir. Kaynaklarda bulunmayan katılımcı sayıları veya görüşler tahmin edilmemiştir.</w:t>
      </w:r>
    </w:p>
    <w:p w:rsidR="00174465" w:rsidRDefault="00851EA8">
      <w:r>
        <w:rPr>
          <w:b/>
        </w:rPr>
        <w:t xml:space="preserve">Not: </w:t>
      </w:r>
      <w:r>
        <w:t>ETKİNLİKLER belgesinde bazı faaliyet tarihlerinde farklılıklar bulunduğunda, resmî KAPUM sayfasındaki tarih esas alınmıştır.</w:t>
      </w:r>
    </w:p>
    <w:p w:rsidR="00174465" w:rsidRDefault="00851EA8">
      <w:pPr>
        <w:jc w:val="center"/>
      </w:pPr>
      <w:r>
        <w:rPr>
          <w:b/>
          <w:sz w:val="26"/>
        </w:rPr>
        <w:t>TOPLUMSAL KATKI FAALİYETİ (2024)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2024 Kariyer Fuarı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fuarı / üniversite tanıtımı / kariyer rehberliği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 w:rsidP="00525068">
            <w:r>
              <w:rPr>
                <w:sz w:val="20"/>
              </w:rPr>
              <w:t xml:space="preserve">Öğrencileri kariyer olanakları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525068">
              <w:rPr>
                <w:sz w:val="20"/>
              </w:rPr>
              <w:t>potansiyel</w:t>
            </w:r>
            <w:proofErr w:type="spellEnd"/>
            <w:r w:rsidR="00525068">
              <w:rPr>
                <w:sz w:val="20"/>
              </w:rPr>
              <w:t xml:space="preserve"> </w:t>
            </w:r>
            <w:proofErr w:type="spellStart"/>
            <w:r w:rsidR="00525068">
              <w:rPr>
                <w:sz w:val="20"/>
              </w:rPr>
              <w:t>işverenler</w:t>
            </w:r>
            <w:proofErr w:type="spellEnd"/>
            <w:r w:rsidR="00525068">
              <w:rPr>
                <w:sz w:val="20"/>
              </w:rPr>
              <w:t xml:space="preserve"> </w:t>
            </w:r>
            <w:proofErr w:type="spellStart"/>
            <w:r w:rsidR="00525068">
              <w:rPr>
                <w:sz w:val="20"/>
              </w:rPr>
              <w:t>ile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buluşturmak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Siirt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Üniversitesinin</w:t>
            </w:r>
            <w:proofErr w:type="spellEnd"/>
            <w:r>
              <w:rPr>
                <w:sz w:val="20"/>
              </w:rPr>
              <w:t xml:space="preserve"> eğitim-öğretim olanaklarını, akademik birimlerini ve araştırma merkezlerini tanıtmak.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03-04 Ocak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üniversite personeli ve öğrencileri.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Van'da düzenlenen DAKAF 2024 Kariyer Fuarı'na Siirt Üniversitesi personel ve öğrencileriyle katılım sağlanmış; üniversitenin ürünleri, eğitim-öğretim olanakları, akademik birimleri ve araştırma merkezleri tanıtılmıştır.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03-04 Ocak 2024 / Van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D15657" w:rsidRDefault="00525068" w:rsidP="00525068">
            <w:proofErr w:type="spellStart"/>
            <w:r w:rsidRPr="00525068">
              <w:rPr>
                <w:sz w:val="20"/>
              </w:rPr>
              <w:t>Fuara</w:t>
            </w:r>
            <w:proofErr w:type="spellEnd"/>
            <w:r w:rsidRPr="00525068">
              <w:rPr>
                <w:sz w:val="20"/>
              </w:rPr>
              <w:t xml:space="preserve"> 50.000 </w:t>
            </w:r>
            <w:proofErr w:type="spellStart"/>
            <w:r w:rsidRPr="00525068">
              <w:rPr>
                <w:sz w:val="20"/>
              </w:rPr>
              <w:t>üzerinde</w:t>
            </w:r>
            <w:proofErr w:type="spellEnd"/>
            <w:r w:rsidRPr="00525068">
              <w:rPr>
                <w:sz w:val="20"/>
              </w:rPr>
              <w:t xml:space="preserve"> </w:t>
            </w:r>
            <w:proofErr w:type="spellStart"/>
            <w:r w:rsidRPr="00525068">
              <w:rPr>
                <w:sz w:val="20"/>
              </w:rPr>
              <w:t>ziyaretçi</w:t>
            </w:r>
            <w:proofErr w:type="spellEnd"/>
            <w:r w:rsidRPr="00525068">
              <w:rPr>
                <w:sz w:val="20"/>
              </w:rPr>
              <w:t xml:space="preserve"> </w:t>
            </w:r>
            <w:proofErr w:type="spellStart"/>
            <w:r w:rsidRPr="00525068">
              <w:rPr>
                <w:sz w:val="20"/>
              </w:rPr>
              <w:t>katılmıştır</w:t>
            </w:r>
            <w:proofErr w:type="spellEnd"/>
            <w:r w:rsidRPr="00525068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Fuar alanı/standı, üniversite tanıtım materyalleri ve KAPUM ile üniversite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4465" w:rsidRDefault="00525068">
            <w:pPr>
              <w:rPr>
                <w:sz w:val="20"/>
              </w:rPr>
            </w:pPr>
            <w:hyperlink r:id="rId8" w:history="1">
              <w:r w:rsidRPr="00391292">
                <w:rPr>
                  <w:rStyle w:val="Kpr"/>
                  <w:sz w:val="20"/>
                </w:rPr>
                <w:t>https://kapum.siirt.edu.tr/haber-etkinlik/dakaf-2024-kariyer-fuari/3542634.html</w:t>
              </w:r>
            </w:hyperlink>
          </w:p>
          <w:p w:rsidR="00525068" w:rsidRPr="00525068" w:rsidRDefault="00525068" w:rsidP="00525068">
            <w:pPr>
              <w:rPr>
                <w:sz w:val="20"/>
              </w:rPr>
            </w:pPr>
            <w:hyperlink r:id="rId9" w:history="1">
              <w:r w:rsidRPr="00525068">
                <w:rPr>
                  <w:rStyle w:val="Kpr"/>
                  <w:sz w:val="20"/>
                </w:rPr>
                <w:t>https://www.haberler.com/dakaf-24-dogu-anadolu-kariyer-fuari-na-50-bin-kisi-16699541-haberi/</w:t>
              </w:r>
            </w:hyperlink>
          </w:p>
          <w:p w:rsidR="00525068" w:rsidRDefault="00525068"/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Üniversitesinin eğitim-öğretim olanakları ile akademik birim ve araştırma merkezlerinin farklı paydaşlara tanıtılması; öğrencilerin kariyer ekosistemiyle etkileşiminin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haberinde personel ve öğrencilerin katılımı ile üniversite tanıtımı yapıldığı belirtilmiştir; 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Fuar sonrası geri bildirimlerin sistematik toplanması ve öğrencilerin sektör temsilcileriyle temasının artırılması önerilmektedir.</w:t>
            </w:r>
          </w:p>
        </w:tc>
      </w:tr>
    </w:tbl>
    <w:p w:rsidR="00174465" w:rsidRDefault="00174465"/>
    <w:p w:rsidR="008F11DA" w:rsidRDefault="008F11DA"/>
    <w:p w:rsidR="008F11DA" w:rsidRDefault="008F11DA"/>
    <w:p w:rsidR="008F11DA" w:rsidRDefault="008F11DA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Cumhurbaşkanlığı Ulusal Staj Programı Bilgilendirme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Bilgilendirme konferansı / staj ve kariyer bilgilendirmesi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 Ulusal Staj Programı, başvuru süreci ve staj fırsatları hakkında bilgilendirmek.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20 Şubat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tarafından Ulusal Staj Programı hakkında bilgilendirme yapılmış; öğrencilerin staj olanakları ve başvuru süreci konusunda farkındalıklarının artırılması amaçlanmıştır.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20 Şubat 2024 / Siirt Üniversitesi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8F11DA">
            <w:r>
              <w:rPr>
                <w:sz w:val="20"/>
              </w:rPr>
              <w:t xml:space="preserve">Siirt Üniversitesi öğrencileri. </w:t>
            </w:r>
            <w:r w:rsidR="008F11DA">
              <w:rPr>
                <w:sz w:val="20"/>
              </w:rPr>
              <w:t xml:space="preserve">350 </w:t>
            </w:r>
            <w:proofErr w:type="spellStart"/>
            <w:r w:rsidR="008F11DA">
              <w:rPr>
                <w:sz w:val="20"/>
              </w:rPr>
              <w:t>öğrenci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katılım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sağlamıştır</w:t>
            </w:r>
            <w:proofErr w:type="spellEnd"/>
            <w:r w:rsidR="008F11DA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Konferans/sunum alanı, bilgilendirme materyalleri, dijital iletişim araçları ve KAPUM personelinin organizasyon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8F11DA" w:rsidRDefault="00AC5CFB">
            <w:pPr>
              <w:rPr>
                <w:sz w:val="20"/>
              </w:rPr>
            </w:pPr>
            <w:hyperlink r:id="rId10" w:history="1">
              <w:r w:rsidR="008F11DA" w:rsidRPr="00D758E9">
                <w:rPr>
                  <w:rStyle w:val="Kpr"/>
                  <w:sz w:val="20"/>
                </w:rPr>
                <w:t>https://kapum.siirt.edu.tr/haber-etkinlik/cumhurbaskanligi-ulusal-staj-programi-bilgilendirme-konferansi/282132879.html</w:t>
              </w:r>
            </w:hyperlink>
          </w:p>
          <w:p w:rsidR="008F11DA" w:rsidRPr="008F11DA" w:rsidRDefault="008F11DA">
            <w:pPr>
              <w:rPr>
                <w:sz w:val="20"/>
              </w:rPr>
            </w:pP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Ulusal Staj Programı hakkında bilgi edinmesi ve staj başvurularına ilişkin farkındalık kazanması.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Başvuru dönemlerinde güncel bilgilendirme toplantılarının sürdürülmesi önerilmektedir.</w:t>
            </w:r>
          </w:p>
        </w:tc>
      </w:tr>
    </w:tbl>
    <w:p w:rsidR="00174465" w:rsidRDefault="00174465"/>
    <w:p w:rsidR="008F11DA" w:rsidRDefault="008F11DA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Türkiye'nin Veri Ambarı TÜİK ve Modern Veri Bilimi Yöntemleri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Konferans / bilgilendirme etkinliği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 TÜİK'in faaliyetleri ve modern veri bilimi alanındaki gelişmeler hakkında bilgilendirmek.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30 Nisan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 / TÜİK Siirt Bölge Müdürü Musa Cin.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TÜİK'in tanıtımı yapılmış ve modern veri bilimi alanında öğrenciler ile kurum personeline bilgilendirme gerçekleştirilmiştir. Program soru-cevap bölümüyle tamamlanmıştır.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30 Nisan 2024 / Siirt Üniversitesi İlahiyat Fakültesi Prof. Dr. Fuat Sezgin Konferans Salonu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8F11DA">
            <w:r>
              <w:rPr>
                <w:sz w:val="20"/>
              </w:rPr>
              <w:t xml:space="preserve">Siirt Üniversitesi öğrencileri ve kurum personeli. </w:t>
            </w:r>
            <w:r w:rsidR="008F11DA">
              <w:rPr>
                <w:sz w:val="20"/>
              </w:rPr>
              <w:t xml:space="preserve">300 </w:t>
            </w:r>
            <w:proofErr w:type="spellStart"/>
            <w:r w:rsidR="008F11DA">
              <w:rPr>
                <w:sz w:val="20"/>
              </w:rPr>
              <w:t>öğrenci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katılım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sağlamıştır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Konferans salonu, sunum/iletişim araçları ve KAPUM personelinin organizasyon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8F11DA" w:rsidRPr="008F11DA" w:rsidRDefault="00AC5CFB">
            <w:pPr>
              <w:rPr>
                <w:sz w:val="20"/>
              </w:rPr>
            </w:pPr>
            <w:hyperlink r:id="rId11" w:history="1">
              <w:r w:rsidR="008F11DA" w:rsidRPr="00D758E9">
                <w:rPr>
                  <w:rStyle w:val="Kpr"/>
                  <w:sz w:val="20"/>
                </w:rPr>
                <w:t>https://kapum.siirt.edu.tr/duyuru/turkiyenin-veri-ambari-tuik-ve-modern-veri-bilimi-yontemleri/65272836.html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TÜİK, veri bilimi ve güncel veri kullanımı konusunda farkındalıklarının artırılması; kariyer alanlarının tanıtılması.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Etkinlik sonunda soru-cevap uygulaması yapılmıştır; 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Veri bilimi ve kamu kurumlarında kariyer olanaklarına yönelik uygulamalı içeriklerin artırılması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Şiir ve Şuur Konuşmaları 3-Kariyer Mentörlüğü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mentörlüğü / mesleki gelişim etkinliği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kariyer planlama ve mesleki gelişim süreçlerine destek olmak; KAPUM'un kariyer hizmetleri hakkında farkındalık oluşturmak.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08 Mayıs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 w:rsidP="00B069EA">
            <w:proofErr w:type="spellStart"/>
            <w:r>
              <w:rPr>
                <w:sz w:val="20"/>
              </w:rPr>
              <w:t>Siirt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KAPUM</w:t>
            </w:r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Müdürü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ve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kariyer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uzmanları</w:t>
            </w:r>
            <w:proofErr w:type="spellEnd"/>
            <w:r w:rsidR="00B069EA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KAPUM'un tanıtımı yapılmış, kariyer mentörlüğü ve mesleki gelişim konuları ele alınmış ve öğrencilerin soruları cevaplandırılmıştır.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08 Mayıs 2024 / Siirt Üniversitesi Fen-Edebiyat Fakültesi Konferans Salonu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8F11DA">
            <w:r>
              <w:rPr>
                <w:sz w:val="20"/>
              </w:rPr>
              <w:t xml:space="preserve">Siirt Üniversitesi öğrencileri. </w:t>
            </w:r>
            <w:r w:rsidR="008F11DA">
              <w:rPr>
                <w:sz w:val="20"/>
              </w:rPr>
              <w:t xml:space="preserve">100 </w:t>
            </w:r>
            <w:proofErr w:type="spellStart"/>
            <w:r w:rsidR="008F11DA">
              <w:rPr>
                <w:sz w:val="20"/>
              </w:rPr>
              <w:t>öğrenci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katılım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sağlamıştır</w:t>
            </w:r>
            <w:proofErr w:type="spellEnd"/>
            <w:r w:rsidR="008F11DA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Konferans salonu, sunum araçları ve KAPUM personelinin organizasyon/konuşmacı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B069EA" w:rsidRPr="00B069EA" w:rsidRDefault="00B069EA">
            <w:pPr>
              <w:rPr>
                <w:sz w:val="20"/>
              </w:rPr>
            </w:pPr>
            <w:hyperlink r:id="rId12" w:history="1">
              <w:r w:rsidRPr="00391292">
                <w:rPr>
                  <w:rStyle w:val="Kpr"/>
                  <w:sz w:val="20"/>
                </w:rPr>
                <w:t>https://kapum.siirt.edu.tr/haber-etkinlik/siir-ve-suur-konusmalari-3-kariyer-mentorlugu/183047036.html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kariyer mentörlüğü ve mesleki gelişim konusunda bilgi edinmeleri; KAPUM hizmetlerine yönelik farkındalığın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haberinde öğrencilerin ilgi gösterdiği ve sorularının cevaplandığı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Mentörlük faaliyetlerinin farklı bölümlere yaygınlaştırılması ve bireysel kariyer danışmanlığının güçlendirilmesi önerilmektedir.</w:t>
            </w:r>
          </w:p>
        </w:tc>
      </w:tr>
    </w:tbl>
    <w:p w:rsidR="00174465" w:rsidRDefault="00174465"/>
    <w:p w:rsidR="008F11DA" w:rsidRDefault="008F11DA"/>
    <w:p w:rsidR="008F11DA" w:rsidRDefault="008F11DA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Adı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Turizm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İşletmeciliği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Otelcilik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Yüksekokulu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Oryantasyon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Programı</w:t>
            </w:r>
            <w:proofErr w:type="spellEnd"/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Türü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Oryantasyon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bilgilendirme</w:t>
            </w:r>
            <w:proofErr w:type="spellEnd"/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Amacı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Yeni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birimleri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hizmetleri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hakkında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edinmelerini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sağlamak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Yetenek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Kapısı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Kapısı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kullanımını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teşvik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etmek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Süresi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B87254" w:rsidP="008F11DA">
            <w:r>
              <w:rPr>
                <w:sz w:val="20"/>
              </w:rPr>
              <w:t xml:space="preserve">29 </w:t>
            </w:r>
            <w:proofErr w:type="spellStart"/>
            <w:r>
              <w:rPr>
                <w:sz w:val="20"/>
              </w:rPr>
              <w:t>Eylül</w:t>
            </w:r>
            <w:proofErr w:type="spellEnd"/>
            <w:r w:rsidR="008F11DA">
              <w:rPr>
                <w:sz w:val="20"/>
              </w:rPr>
              <w:t xml:space="preserve"> 2024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Gerçekleştiren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Birim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Topluluk</w:t>
            </w:r>
            <w:proofErr w:type="spellEnd"/>
            <w:r>
              <w:rPr>
                <w:b/>
                <w:sz w:val="20"/>
              </w:rPr>
              <w:t xml:space="preserve">/ </w:t>
            </w:r>
            <w:proofErr w:type="spellStart"/>
            <w:r>
              <w:rPr>
                <w:b/>
                <w:sz w:val="20"/>
              </w:rPr>
              <w:t>Kişi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Siirt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Turizm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İşletmeciliği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ve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Otelcilik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Yüksekokulu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KAPUM</w:t>
            </w:r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müdür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yardımcısı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ile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kariyer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uzmanı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İçeriği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Hakkında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Kısa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Bilgi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r>
              <w:rPr>
                <w:sz w:val="20"/>
              </w:rPr>
              <w:t xml:space="preserve">1. </w:t>
            </w:r>
            <w:proofErr w:type="spellStart"/>
            <w:r>
              <w:rPr>
                <w:sz w:val="20"/>
              </w:rPr>
              <w:t>sınıf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öğrencilerine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yönelik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oryantasyonda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farklı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birimleri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tanıtılmış</w:t>
            </w:r>
            <w:proofErr w:type="spellEnd"/>
            <w:r>
              <w:rPr>
                <w:sz w:val="20"/>
              </w:rPr>
              <w:t xml:space="preserve">; KAPUM </w:t>
            </w:r>
            <w:proofErr w:type="spellStart"/>
            <w:r>
              <w:rPr>
                <w:sz w:val="20"/>
              </w:rPr>
              <w:t>personeli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tarafından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hizmetleri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sosyal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medya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hesapları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Yetenek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Kapısı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Kapısı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hakkında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bilgilendirme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yapılmıştır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Gerçekleştirildiği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Tarih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Yer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r>
              <w:rPr>
                <w:sz w:val="20"/>
              </w:rPr>
              <w:t xml:space="preserve">17 </w:t>
            </w:r>
            <w:proofErr w:type="spellStart"/>
            <w:r>
              <w:rPr>
                <w:sz w:val="20"/>
              </w:rPr>
              <w:t>Ekim</w:t>
            </w:r>
            <w:proofErr w:type="spellEnd"/>
            <w:r>
              <w:rPr>
                <w:sz w:val="20"/>
              </w:rPr>
              <w:t xml:space="preserve"> 2024 / </w:t>
            </w:r>
            <w:proofErr w:type="spellStart"/>
            <w:r>
              <w:rPr>
                <w:sz w:val="20"/>
              </w:rPr>
              <w:t>Siirt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Turizm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İşletmeciliği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ve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Otelcilik</w:t>
            </w:r>
            <w:proofErr w:type="spellEnd"/>
            <w:r w:rsidRPr="008F11DA">
              <w:rPr>
                <w:sz w:val="20"/>
              </w:rPr>
              <w:t xml:space="preserve"> </w:t>
            </w:r>
            <w:proofErr w:type="spellStart"/>
            <w:r w:rsidRPr="008F11DA">
              <w:rPr>
                <w:sz w:val="20"/>
              </w:rPr>
              <w:t>Yüksekokulu</w:t>
            </w:r>
            <w:proofErr w:type="spellEnd"/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Hedef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Kitlesi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Katılımcı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Sayısı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B87254" w:rsidP="008F11DA">
            <w:proofErr w:type="spellStart"/>
            <w:r w:rsidRPr="00B87254">
              <w:rPr>
                <w:sz w:val="20"/>
              </w:rPr>
              <w:t>Siirt</w:t>
            </w:r>
            <w:proofErr w:type="spellEnd"/>
            <w:r w:rsidRPr="00B87254">
              <w:rPr>
                <w:sz w:val="20"/>
              </w:rPr>
              <w:t xml:space="preserve"> </w:t>
            </w:r>
            <w:proofErr w:type="spellStart"/>
            <w:r w:rsidRPr="00B87254">
              <w:rPr>
                <w:sz w:val="20"/>
              </w:rPr>
              <w:t>Üniversitesi</w:t>
            </w:r>
            <w:proofErr w:type="spellEnd"/>
            <w:r w:rsidRPr="00B87254">
              <w:rPr>
                <w:sz w:val="20"/>
              </w:rPr>
              <w:t xml:space="preserve"> </w:t>
            </w:r>
            <w:proofErr w:type="spellStart"/>
            <w:r w:rsidRPr="00B87254">
              <w:rPr>
                <w:sz w:val="20"/>
              </w:rPr>
              <w:t>Turizm</w:t>
            </w:r>
            <w:proofErr w:type="spellEnd"/>
            <w:r w:rsidRPr="00B87254">
              <w:rPr>
                <w:sz w:val="20"/>
              </w:rPr>
              <w:t xml:space="preserve"> </w:t>
            </w:r>
            <w:proofErr w:type="spellStart"/>
            <w:r w:rsidRPr="00B87254">
              <w:rPr>
                <w:sz w:val="20"/>
              </w:rPr>
              <w:t>İşletmeciliği</w:t>
            </w:r>
            <w:proofErr w:type="spellEnd"/>
            <w:r w:rsidRPr="00B87254">
              <w:rPr>
                <w:sz w:val="20"/>
              </w:rPr>
              <w:t xml:space="preserve"> </w:t>
            </w:r>
            <w:proofErr w:type="spellStart"/>
            <w:r w:rsidRPr="00B87254">
              <w:rPr>
                <w:sz w:val="20"/>
              </w:rPr>
              <w:t>ve</w:t>
            </w:r>
            <w:proofErr w:type="spellEnd"/>
            <w:r w:rsidRPr="00B87254">
              <w:rPr>
                <w:sz w:val="20"/>
              </w:rPr>
              <w:t xml:space="preserve"> </w:t>
            </w:r>
            <w:proofErr w:type="spellStart"/>
            <w:r w:rsidRPr="00B87254">
              <w:rPr>
                <w:sz w:val="20"/>
              </w:rPr>
              <w:t>Otelcilik</w:t>
            </w:r>
            <w:proofErr w:type="spellEnd"/>
            <w:r w:rsidRPr="00B87254">
              <w:rPr>
                <w:sz w:val="20"/>
              </w:rPr>
              <w:t xml:space="preserve"> </w:t>
            </w:r>
            <w:proofErr w:type="spellStart"/>
            <w:r w:rsidRPr="00B87254">
              <w:rPr>
                <w:sz w:val="20"/>
              </w:rPr>
              <w:t>Yüksekokulu</w:t>
            </w:r>
            <w:proofErr w:type="spellEnd"/>
            <w:r w:rsidRPr="00B87254">
              <w:rPr>
                <w:sz w:val="20"/>
              </w:rPr>
              <w:t xml:space="preserve"> </w:t>
            </w:r>
            <w:r w:rsidR="008F11DA">
              <w:rPr>
                <w:sz w:val="20"/>
              </w:rPr>
              <w:t xml:space="preserve">1. </w:t>
            </w:r>
            <w:proofErr w:type="spellStart"/>
            <w:r w:rsidR="008F11DA">
              <w:rPr>
                <w:sz w:val="20"/>
              </w:rPr>
              <w:t>sınıf</w:t>
            </w:r>
            <w:proofErr w:type="spellEnd"/>
            <w:r w:rsidR="008F11DA">
              <w:rPr>
                <w:sz w:val="20"/>
              </w:rPr>
              <w:t xml:space="preserve"> </w:t>
            </w:r>
            <w:proofErr w:type="spellStart"/>
            <w:r w:rsidR="008F11DA">
              <w:rPr>
                <w:sz w:val="20"/>
              </w:rPr>
              <w:t>öğrencileri</w:t>
            </w:r>
            <w:proofErr w:type="spellEnd"/>
            <w:r w:rsidR="008F11DA">
              <w:rPr>
                <w:sz w:val="20"/>
              </w:rPr>
              <w:t xml:space="preserve">. 65 </w:t>
            </w:r>
            <w:proofErr w:type="spellStart"/>
            <w:r w:rsidR="008F11DA">
              <w:rPr>
                <w:sz w:val="20"/>
              </w:rPr>
              <w:t>katılımcı</w:t>
            </w:r>
            <w:proofErr w:type="spellEnd"/>
            <w:r w:rsidR="008F11DA"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Kullanılan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Kaynaklar</w:t>
            </w:r>
            <w:proofErr w:type="spellEnd"/>
            <w:r>
              <w:rPr>
                <w:b/>
                <w:sz w:val="20"/>
              </w:rPr>
              <w:t xml:space="preserve"> /</w:t>
            </w:r>
            <w:proofErr w:type="spellStart"/>
            <w:r>
              <w:rPr>
                <w:b/>
                <w:sz w:val="20"/>
              </w:rPr>
              <w:t>Destekler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Maddi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fiziki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iş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gücü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Oryantasyon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alanı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sunum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tanıtım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materyalleri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KAPUM </w:t>
            </w:r>
            <w:proofErr w:type="spellStart"/>
            <w:r>
              <w:rPr>
                <w:sz w:val="20"/>
              </w:rPr>
              <w:t>personelinin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bilgilendirme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desteği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Yönelik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Dokümanlar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afiş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fotoğraf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haber</w:t>
            </w:r>
            <w:proofErr w:type="spellEnd"/>
            <w:r>
              <w:rPr>
                <w:b/>
                <w:sz w:val="20"/>
              </w:rPr>
              <w:t>, link)</w:t>
            </w:r>
          </w:p>
        </w:tc>
        <w:tc>
          <w:tcPr>
            <w:tcW w:w="6803" w:type="dxa"/>
            <w:vAlign w:val="center"/>
          </w:tcPr>
          <w:p w:rsidR="00B069EA" w:rsidRPr="00B069EA" w:rsidRDefault="00B069EA" w:rsidP="008F11DA">
            <w:pPr>
              <w:rPr>
                <w:sz w:val="20"/>
              </w:rPr>
            </w:pPr>
            <w:hyperlink r:id="rId13" w:history="1">
              <w:r w:rsidRPr="00391292">
                <w:rPr>
                  <w:rStyle w:val="Kpr"/>
                  <w:sz w:val="20"/>
                </w:rPr>
                <w:t>https://kapum.siirt.edu.tr/haber-etkinlik/ziraat-fakultesi-oryantasyon-programi/486344822.html</w:t>
              </w:r>
            </w:hyperlink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Çıktıları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faaliyet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sonunda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elde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edilen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elde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edilmesi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düşünülen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yararlar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Öğrencilerin</w:t>
            </w:r>
            <w:proofErr w:type="spellEnd"/>
            <w:r>
              <w:rPr>
                <w:sz w:val="20"/>
              </w:rPr>
              <w:t xml:space="preserve"> KAPUM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platformları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hakkında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edinmesi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kariyer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fırsatlarına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erişim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farkındalığının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artırılması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lastRenderedPageBreak/>
              <w:t>Faaliyete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İlişkin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katılımcıların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görüşleri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r>
              <w:rPr>
                <w:sz w:val="20"/>
              </w:rPr>
              <w:t xml:space="preserve">KAPUM </w:t>
            </w:r>
            <w:proofErr w:type="spellStart"/>
            <w:r>
              <w:rPr>
                <w:sz w:val="20"/>
              </w:rPr>
              <w:t>kaydında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yoğun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ilgisi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belirtilmiş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yapılandırılmış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anket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sonucu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paylaşılmamıştır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F11DA" w:rsidTr="008F11DA">
        <w:trPr>
          <w:jc w:val="center"/>
        </w:trPr>
        <w:tc>
          <w:tcPr>
            <w:tcW w:w="2948" w:type="dxa"/>
            <w:vAlign w:val="center"/>
          </w:tcPr>
          <w:p w:rsidR="008F11DA" w:rsidRDefault="008F11DA" w:rsidP="008F11DA">
            <w:proofErr w:type="spellStart"/>
            <w:r>
              <w:rPr>
                <w:b/>
                <w:sz w:val="20"/>
              </w:rPr>
              <w:t>Faaliyete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ilişkin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yürütücünün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görüş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önerileri</w:t>
            </w:r>
            <w:proofErr w:type="spellEnd"/>
          </w:p>
        </w:tc>
        <w:tc>
          <w:tcPr>
            <w:tcW w:w="6803" w:type="dxa"/>
            <w:vAlign w:val="center"/>
          </w:tcPr>
          <w:p w:rsidR="008F11DA" w:rsidRDefault="008F11DA" w:rsidP="008F11DA">
            <w:proofErr w:type="spellStart"/>
            <w:r>
              <w:rPr>
                <w:sz w:val="20"/>
              </w:rPr>
              <w:t>Oryantasyonlarda</w:t>
            </w:r>
            <w:proofErr w:type="spellEnd"/>
            <w:r>
              <w:rPr>
                <w:sz w:val="20"/>
              </w:rPr>
              <w:t xml:space="preserve"> platform </w:t>
            </w:r>
            <w:proofErr w:type="spellStart"/>
            <w:r>
              <w:rPr>
                <w:sz w:val="20"/>
              </w:rPr>
              <w:t>üyeliklerinin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uygulamalı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olarak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tamamlatılması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önerilmektedir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8F11DA" w:rsidRDefault="008F11DA"/>
    <w:p w:rsidR="008F11DA" w:rsidRDefault="008F11DA"/>
    <w:p w:rsidR="008F11DA" w:rsidRDefault="008F11DA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Ziraat Fakültesi Oryantasyon Programı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Oryantasyon / kariyer bilgilendirme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Yeni öğrencilerin üniversite birimleri ve kariyer hizmetleri hakkında bilgi edinmelerini sağlamak; Yetenek Kapısı ve Kariyer Kapısı kullanımını teşvik etmek.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17 Ekim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Ziraat Fakültesi ve KAPUM.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1. sınıf öğrencilerine yönelik oryantasyonda üniversitenin farklı birimleri tanıtılmış; KAPUM personeli tarafından kariyer hizmetleri, sosyal medya hesapları, Yetenek Kapısı ve Kariyer Kapısı hakkında bilgilendirme yapılmıştır.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17 Ekim 2024 / Siirt Üniversitesi Ziraat Fakültesi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8F11DA">
            <w:r>
              <w:rPr>
                <w:sz w:val="20"/>
              </w:rPr>
              <w:t xml:space="preserve">Ziraat Fakültesi 1. sınıf öğrencileri. </w:t>
            </w:r>
            <w:r w:rsidR="008F11DA">
              <w:rPr>
                <w:sz w:val="20"/>
              </w:rPr>
              <w:t xml:space="preserve">65 </w:t>
            </w:r>
            <w:proofErr w:type="spellStart"/>
            <w:r w:rsidR="008F11DA">
              <w:rPr>
                <w:sz w:val="20"/>
              </w:rPr>
              <w:t>katılımcı</w:t>
            </w:r>
            <w:proofErr w:type="spellEnd"/>
            <w:r w:rsidR="008F11DA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Oryantasyon alanı, sunum/tanıtım materyalleri ve KAPUM personelinin bilgilendirme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B069EA" w:rsidRPr="00B069EA" w:rsidRDefault="00B069EA">
            <w:pPr>
              <w:rPr>
                <w:sz w:val="20"/>
              </w:rPr>
            </w:pPr>
            <w:hyperlink r:id="rId14" w:history="1">
              <w:r w:rsidRPr="00391292">
                <w:rPr>
                  <w:rStyle w:val="Kpr"/>
                  <w:sz w:val="20"/>
                </w:rPr>
                <w:t>https://kapum.siirt.edu.tr/haber-etkinlik/ziraat-fakultesi-oryantasyon-programi/486344822.html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KAPUM ve kariyer platformları hakkında bilgi edinmesi; kariyer fırsatlarına erişim farkındalığının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kaydında öğrencilerin yoğun ilgisi belirtilmiş; 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Oryantasyonlarda platform üyeliklerinin uygulamalı olarak tamamlatılması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Zeynep Hatun Kız Meslek Lisesi Kariyer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konferansı / meslek tanıtımı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Lise öğrencilerinin kariyer yönetimi ve geleceğin meslekleri konusunda farkındalıklarını artırmak; KAPUM'u tanıtmak.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05 Aralık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Arş. Gör. Ebru Güç ve Öğr. Gör. Mehmet Kenan Tan.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tanıtılmış; Kariyer Yönetimi ve Geleceğin Meslekleri temalı konuşmalar gerçekleştirilmiş; öğrencilerin soruları cevaplandırılmıştır.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05 Aralık 2024 / Zeynep Hatun Kız Meslek Lisesi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B954AD">
            <w:r>
              <w:rPr>
                <w:sz w:val="20"/>
              </w:rPr>
              <w:t xml:space="preserve">Meslek lisesi öğrencileri ve öğretmenler. </w:t>
            </w:r>
            <w:r w:rsidR="00B954AD">
              <w:rPr>
                <w:sz w:val="20"/>
              </w:rPr>
              <w:t xml:space="preserve">105 </w:t>
            </w:r>
            <w:proofErr w:type="spellStart"/>
            <w:r w:rsidR="00B954AD">
              <w:rPr>
                <w:sz w:val="20"/>
              </w:rPr>
              <w:t>katılımcı</w:t>
            </w:r>
            <w:proofErr w:type="spellEnd"/>
            <w:r w:rsidR="00B954AD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Okul konferans alanı, sunum materyalleri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B069EA" w:rsidRPr="00B069EA" w:rsidRDefault="00B069EA">
            <w:pPr>
              <w:rPr>
                <w:sz w:val="20"/>
              </w:rPr>
            </w:pPr>
            <w:hyperlink r:id="rId15" w:history="1">
              <w:r w:rsidRPr="00391292">
                <w:rPr>
                  <w:rStyle w:val="Kpr"/>
                  <w:sz w:val="20"/>
                </w:rPr>
                <w:t>https://kapum.siirt.edu.tr/haber-etkinlik/zeynep-hatun-kiz-meslek-lisesi-kariyer-konferansi/788183452.html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kariyer yönetimi ve geleceğin meslekleri hakkında bilgi edinmeleri; yükseköğretim ve kariyer seçenekleri konusunda farkındalık kazanmaları.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konferansa yoğun ilgi gösterdiği ve sorularının cevaplandığı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Lise-üniversite kariyer etkinliklerinin düzenli hâle getirilmesi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Tanıtım ve Ar-Ge Pazarı Toplantısı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Koordinasyon / tanıtım ve Ar-Ge toplantısı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hazırlık sürecini koordine etmek ve paydaş üniversitelerin rollerini belirlemek.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06 Aralık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 xml:space="preserve">Siirt Üniversitesi KAPUM; Van Yüzüncü Yıl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paydaş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üniversiteler</w:t>
            </w:r>
            <w:r w:rsidR="00B069EA">
              <w:rPr>
                <w:sz w:val="20"/>
              </w:rPr>
              <w:t>in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temsilcileri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hazırlıkları kapsamında Van Yüzüncü Yıl Üniversitesi Rektörlük binasında Tanıtım ve Ar-Ge Proje Pazarı toplantısı gerçekleştirilmiş; fuar sürecinin yönetimi ve paydaşların rolleri değerlendirilmiştir.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06 Aralık 2024 / Van Yüzüncü Yıl Üniversitesi Rektörlük Binası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B954AD">
            <w:r>
              <w:rPr>
                <w:sz w:val="20"/>
              </w:rPr>
              <w:t xml:space="preserve">Paydaş üniversitelerin temsilcileri. </w:t>
            </w:r>
            <w:r w:rsidR="00B954AD">
              <w:rPr>
                <w:sz w:val="20"/>
              </w:rPr>
              <w:t xml:space="preserve">350 </w:t>
            </w:r>
            <w:proofErr w:type="spellStart"/>
            <w:r w:rsidR="00B954AD">
              <w:rPr>
                <w:sz w:val="20"/>
              </w:rPr>
              <w:t>katılımcı</w:t>
            </w:r>
            <w:proofErr w:type="spellEnd"/>
            <w:r w:rsidR="00B954AD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Toplantı salonu, iletişim araçları ve KAPUM/üniversite yöneticilerinin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B069EA" w:rsidRPr="00B069EA" w:rsidRDefault="00B069EA">
            <w:pPr>
              <w:rPr>
                <w:sz w:val="20"/>
              </w:rPr>
            </w:pPr>
            <w:hyperlink r:id="rId16" w:history="1">
              <w:r w:rsidRPr="00391292">
                <w:rPr>
                  <w:rStyle w:val="Kpr"/>
                  <w:sz w:val="20"/>
                </w:rPr>
                <w:t>https://kapum.siirt.edu.tr/haber-etkinlik/dakaf-2025-tanitim-ve-ar-ge-pazari-toplantisi/451836654.html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sürecinin koordinasyonunun güçlendirilmesi ve paydaş üniversiteler arasındaki iş birliğinin geliştirilmesi.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Toplantı kapsamında görüşmeler gerçekleştirilmiştir; yapılandırılmış memnuniyet anketi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Fuar hazırlıklarında görev, takvim ve sorumlulukların daha erken aşamada yazılılaştırılması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ve Yetkinlik Buluşmaları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kariyer etkinliği / yetkinlik geliştirme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istihdam edilebilirliklerini desteklemek; kariyer odaklı oturumlar, uzman konuşmaları ve erken dönem kariyer fırsatları hakkında bilgi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25 Aralık 2024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 tarafından öğrencilere duyurulan Millî Yetkinlik Hamlesi programı.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canlı yayın kapsamında kariyer odaklı oturumlar, uzman konuşmacılar ve erken dönem kariyer fırsatları sunulmuştur.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25 Aralık 2024 / Çevrim içi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B954AD">
            <w:r>
              <w:rPr>
                <w:sz w:val="20"/>
              </w:rPr>
              <w:t xml:space="preserve">Üniversite öğrencileri ve gençler. </w:t>
            </w:r>
            <w:r w:rsidR="00B954AD">
              <w:rPr>
                <w:sz w:val="20"/>
              </w:rPr>
              <w:t>26.000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yayın altyapısı ve KAPUM'un duyuru/bilgilendirme çalışmaları.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B069EA" w:rsidRPr="00B069EA" w:rsidRDefault="00B069EA">
            <w:pPr>
              <w:rPr>
                <w:sz w:val="20"/>
              </w:rPr>
            </w:pPr>
            <w:hyperlink r:id="rId17" w:history="1">
              <w:r w:rsidRPr="00391292">
                <w:rPr>
                  <w:rStyle w:val="Kpr"/>
                  <w:sz w:val="20"/>
                </w:rPr>
                <w:t>https://kapum.siirt.edu.tr/duyuru/kariyer-ve-yetkinlik-bulusmalari/42061355.html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kariyer ve yetkinlik geliştirme konusunda bilgi edinmeleri ve erken dönem kariyer fırsatlarından haberdar olmaları.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Resmî KAPUM duyurusunda 26 binden fazla izleyici bilgisi yer almaktadır; Siirt Üniversitesi özelinde ayrı memnuniyet anketi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etkinliklerin kayıt ve geri bildirim mekanizmalarının güçlendirilmesi önerilmektedir.</w:t>
            </w:r>
          </w:p>
        </w:tc>
      </w:tr>
    </w:tbl>
    <w:p w:rsidR="00174465" w:rsidRDefault="00174465"/>
    <w:p w:rsidR="00174465" w:rsidRDefault="00851EA8">
      <w:pPr>
        <w:jc w:val="center"/>
      </w:pPr>
      <w:r>
        <w:rPr>
          <w:b/>
          <w:sz w:val="26"/>
        </w:rPr>
        <w:t>TOPLUMSAL KATKI FAALİYETİ (2025)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Koordinasyon Toplantısı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Koordinasyon toplantısı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sürecini sağlıklı koordine etmek ve paydaş üniversitelerin fuara ilişkin faaliyetlerini değerlendirmek.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14 Şubat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 xml:space="preserve">Siirt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KAPUM; </w:t>
            </w:r>
            <w:proofErr w:type="spellStart"/>
            <w:r>
              <w:rPr>
                <w:sz w:val="20"/>
              </w:rPr>
              <w:t>paydaş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üniversiteler</w:t>
            </w:r>
            <w:r w:rsidR="00B069EA">
              <w:rPr>
                <w:sz w:val="20"/>
              </w:rPr>
              <w:t>in</w:t>
            </w:r>
            <w:proofErr w:type="spellEnd"/>
            <w:r w:rsidR="00B069EA">
              <w:rPr>
                <w:sz w:val="20"/>
              </w:rPr>
              <w:t xml:space="preserve"> </w:t>
            </w:r>
            <w:proofErr w:type="spellStart"/>
            <w:r w:rsidR="00B069EA">
              <w:rPr>
                <w:sz w:val="20"/>
              </w:rPr>
              <w:t>temsilcileri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hazırlık sürecinde çevrim içi koordinasyon toplantısı gerçekleştirilmiş; paydaş üniversitelerin fuara ilişkin faaliyetleri değerlendirilmiştir.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14 Şubat 2025 / Çevrim içi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B954AD">
            <w:r>
              <w:rPr>
                <w:sz w:val="20"/>
              </w:rPr>
              <w:t xml:space="preserve">Paydaş üniversite temsilcileri. </w:t>
            </w:r>
            <w:r w:rsidR="00B954AD">
              <w:rPr>
                <w:sz w:val="20"/>
              </w:rPr>
              <w:t xml:space="preserve">110 </w:t>
            </w:r>
            <w:proofErr w:type="spellStart"/>
            <w:r w:rsidR="00B954AD">
              <w:rPr>
                <w:sz w:val="20"/>
              </w:rPr>
              <w:t>katılımcı</w:t>
            </w:r>
            <w:proofErr w:type="spellEnd"/>
            <w:r w:rsidR="00B954AD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toplantı altyapısı ve KAPUM personelinin koordinasyon çalışmaları.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B954AD" w:rsidRPr="00175A9F" w:rsidRDefault="00AC5CFB">
            <w:pPr>
              <w:rPr>
                <w:sz w:val="20"/>
              </w:rPr>
            </w:pPr>
            <w:hyperlink r:id="rId18" w:history="1">
              <w:r w:rsidR="00B954AD" w:rsidRPr="00D758E9">
                <w:rPr>
                  <w:rStyle w:val="Kpr"/>
                  <w:sz w:val="20"/>
                </w:rPr>
                <w:t>https://kapum.siirt.edu.tr/haber-etkinlik/dakaf-2025-koordinasyon-toplantisi/136446733.html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hazırlıklarının eşgüdümlü yürütülmesi ve paydaş üniversiteler arasındaki iletişimin güçlendirilmesi.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Yapılandırılmış katılımcı görüşü/anket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Koordinasyon toplantılarının eylem planı ve görev takip tablosu ile desteklenmesi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Dijital Çağda Kariyer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kariyer konferansı / eğitim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Yapay zekâ ve dijital dönüşümün kariyer fırsatlarına etkisi konusunda öğrencilerin farkındalığını artırmak.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02 Mayıs 2025, saat 20.00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Gani Şimşek.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konferansta yapay zekâ ve dijital çağda kariyer fırsatları ele alınmış, program sonunda katılımcıların soruları yanıtlanmıştır.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02 Mayıs 2025 / Çevrim içi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 ve kariyer gelişimine ilgi duyan katılımcılar. Kesin sayı belirtilmemiştir.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iletişim altyapısı, KAPUM personeli ve konuşmacının bilgi/deneyimi.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Default="00175A9F">
            <w:pPr>
              <w:rPr>
                <w:sz w:val="20"/>
              </w:rPr>
            </w:pPr>
            <w:hyperlink r:id="rId19" w:history="1">
              <w:r w:rsidRPr="00391292">
                <w:rPr>
                  <w:rStyle w:val="Kpr"/>
                  <w:sz w:val="20"/>
                </w:rPr>
                <w:t>https://kapum.siirt.edu.tr/haber-etkinlik/dijital-cagda-kariyer/104817674.html</w:t>
              </w:r>
            </w:hyperlink>
          </w:p>
          <w:p w:rsidR="00175A9F" w:rsidRDefault="00175A9F"/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Yapay zekâ ve dijital dönüşümün kariyer alanlarına etkisine ilişkin farkındalığın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Program sonunda katılımcıların soruları yanıtlanmıştır; sayısal memnuniyet verisi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Dijital kariyer konularında güncel içeriklerin düzenli yenilenmesi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THY Uçuş ve Ötesi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konferansı / sektör buluşması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 havacılık sektöründeki kariyer fırsatları, istihdam olanakları ve sektörün beklentileri hakkında bilgilendirmek.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06 Mayıs 2025, saat 14.00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THY İnsan Kaynakları Başkanlığı, THY Güneydoğu Anadolu Bölge Müdürlüğü, THY insan kaynakları uzmanları ve Siirt Havalimanı Yönetimi.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THY ve Siirt Havalimanı temsilcilerinin katılımıyla havacılık sektöründeki kariyer ve istihdam olanakları ele alınmış; öğrencilerin soruları yanıtlanmıştır.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06 Mayıs 2025 / Siirt Üniversitesi Mühendislik Fakültesi Konferans Salonu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8831C7">
            <w:r>
              <w:rPr>
                <w:sz w:val="20"/>
              </w:rPr>
              <w:t xml:space="preserve">Siirt Üniversitesi öğrencileri. </w:t>
            </w:r>
            <w:r w:rsidR="008831C7">
              <w:rPr>
                <w:sz w:val="20"/>
              </w:rPr>
              <w:t xml:space="preserve">400 </w:t>
            </w:r>
            <w:proofErr w:type="spellStart"/>
            <w:r w:rsidR="008831C7">
              <w:rPr>
                <w:sz w:val="20"/>
              </w:rPr>
              <w:t>katılımcı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Konferans salonu, sunum materyalleri, KAPUM personeli ve sektör temsilcilerinin katkısı.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20" w:history="1">
              <w:r w:rsidRPr="00391292">
                <w:rPr>
                  <w:rStyle w:val="Kpr"/>
                  <w:sz w:val="20"/>
                </w:rPr>
                <w:t>https://kapum.siirt.edu.tr/haber-etkinlik/ucus-ve-otesi/168646712.html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havacılık sektörünü ve THY bünyesindeki kariyer fırsatlarını tanıması; sektör-öğrenci iletişiminin güçlenmesi.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yoğun ilgi gösterdiği ve sorularının yanıtlandığı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Sektör temsilcileriyle doğrudan buluşmaların artırılması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2025 Kariyer Fuarı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fuarı / kariyer rehberliği / üniversite tanıtımı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 ve gençleri üniversiteler, kariyer olanakları ve iş dünyasıyla buluşturmak; kariyer gelişimine ve istihdam farkındalığına katkı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10-11 Nisan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 w:rsidP="008831C7">
            <w:proofErr w:type="spellStart"/>
            <w:r>
              <w:rPr>
                <w:sz w:val="20"/>
              </w:rPr>
              <w:t>Siirt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KAPUM </w:t>
            </w:r>
            <w:proofErr w:type="spellStart"/>
            <w:r>
              <w:rPr>
                <w:sz w:val="20"/>
              </w:rPr>
              <w:t>personeli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Siirt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Üniversitesi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Van Fuar ve Kongre Merkezi'nde düzenlenen DAKAF 2025'e Siirt Üniversitesi KAPUM personeli ve öğrencileriyle katılım sağlanmış; üniversite standında eğitim ve akademik imkânlar tanıtılmıştır.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10-11 Nisan 2025 / Van Fuar ve Kongre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8831C7">
            <w:r>
              <w:rPr>
                <w:sz w:val="20"/>
              </w:rPr>
              <w:t xml:space="preserve">Öğrenciler, gençler, kariyer paydaşları ve fuar ziyaretçileri. </w:t>
            </w:r>
            <w:r w:rsidR="008831C7">
              <w:rPr>
                <w:sz w:val="20"/>
              </w:rPr>
              <w:t>50.000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standı, tanıtım materyalleri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4465" w:rsidRDefault="00AC5CFB">
            <w:pPr>
              <w:rPr>
                <w:sz w:val="20"/>
              </w:rPr>
            </w:pPr>
            <w:hyperlink r:id="rId21" w:history="1">
              <w:r w:rsidR="008831C7" w:rsidRPr="00D758E9">
                <w:rPr>
                  <w:rStyle w:val="Kpr"/>
                  <w:sz w:val="20"/>
                </w:rPr>
                <w:t>https://kapum.siirt.edu.tr/haber-etkinlik/dakaf-2025-kariyer-fuari/448558471.html</w:t>
              </w:r>
            </w:hyperlink>
          </w:p>
          <w:p w:rsidR="008831C7" w:rsidRPr="008831C7" w:rsidRDefault="00AC5CFB">
            <w:pPr>
              <w:rPr>
                <w:sz w:val="20"/>
              </w:rPr>
            </w:pPr>
            <w:hyperlink r:id="rId22" w:history="1">
              <w:r w:rsidR="008831C7" w:rsidRPr="008831C7">
                <w:rPr>
                  <w:rStyle w:val="Kpr"/>
                  <w:sz w:val="20"/>
                </w:rPr>
                <w:t>https://www.vanolay.com/van-dakaf25i-50-bin-kisi-ziyaret-etti</w:t>
              </w:r>
            </w:hyperlink>
          </w:p>
          <w:p w:rsidR="008831C7" w:rsidRDefault="008831C7"/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kariyer ve istihdam ekosistemiyle temasının artırılması; Siirt Üniversitesinin tanıtılması.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haberinde Siirt Üniversitesi standının yoğun ilgi gördüğü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fuarlarına düzenli katılımın sürdürülmesi ve etkinlik öncesi/sonrası geri bildirimlerin sistematik toplanması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Zeynep Hatun Kız Meslek Lisesi Kampüs Gezisi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tanıtımı / kampüs gezisi / kariyer rehberliği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Lise öğrencilerinin üniversite ortamını, akademik birimleri ve yükseköğretim olanaklarını tanımalarını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13 Mayıs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Zeynep Hatun Kız Meslek Lisesi.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Öğrencilere Siirt Üniversitesi kampüsü gezdirilmiş; Hayvan Sağlığı Uygulama ve Araştırma Hastanesi, Prof. Dr. İhsan Süreyya Sırma Kütüphanesi, Eğitim Fakültesi ve BESYO tanıtılmıştır.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13 Mayıs 2025 / Siirt Üniversitesi Kezer Yerleşkesi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021ECD">
            <w:r>
              <w:rPr>
                <w:sz w:val="20"/>
              </w:rPr>
              <w:t xml:space="preserve">Zeynep Hatun Kız Meslek Lisesi öğrencileri. </w:t>
            </w:r>
            <w:r w:rsidR="00021ECD">
              <w:rPr>
                <w:sz w:val="20"/>
              </w:rPr>
              <w:t xml:space="preserve">95 </w:t>
            </w:r>
            <w:proofErr w:type="spellStart"/>
            <w:r w:rsidR="00021ECD">
              <w:rPr>
                <w:sz w:val="20"/>
              </w:rPr>
              <w:t>lise</w:t>
            </w:r>
            <w:proofErr w:type="spellEnd"/>
            <w:r w:rsidR="00021ECD">
              <w:rPr>
                <w:sz w:val="20"/>
              </w:rPr>
              <w:t xml:space="preserve"> </w:t>
            </w:r>
            <w:proofErr w:type="spellStart"/>
            <w:r w:rsidR="00021ECD">
              <w:rPr>
                <w:sz w:val="20"/>
              </w:rPr>
              <w:t>öğrencisi</w:t>
            </w:r>
            <w:proofErr w:type="spellEnd"/>
            <w:r w:rsidR="00021ECD">
              <w:rPr>
                <w:sz w:val="20"/>
              </w:rPr>
              <w:t xml:space="preserve">, 2 </w:t>
            </w:r>
            <w:proofErr w:type="spellStart"/>
            <w:r w:rsidR="00021ECD">
              <w:rPr>
                <w:sz w:val="20"/>
              </w:rPr>
              <w:t>öğretmen</w:t>
            </w:r>
            <w:proofErr w:type="spellEnd"/>
            <w:r w:rsidR="00021ECD">
              <w:rPr>
                <w:sz w:val="20"/>
              </w:rPr>
              <w:t xml:space="preserve"> </w:t>
            </w:r>
            <w:proofErr w:type="spellStart"/>
            <w:r w:rsidR="00021ECD">
              <w:rPr>
                <w:sz w:val="20"/>
              </w:rPr>
              <w:t>ve</w:t>
            </w:r>
            <w:proofErr w:type="spellEnd"/>
            <w:r w:rsidR="00021ECD">
              <w:rPr>
                <w:sz w:val="20"/>
              </w:rPr>
              <w:t xml:space="preserve"> </w:t>
            </w:r>
            <w:proofErr w:type="spellStart"/>
            <w:r w:rsidR="00021ECD">
              <w:rPr>
                <w:sz w:val="20"/>
              </w:rPr>
              <w:t>idareci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Kampüs ve akademik birimler, tanıtım materyalleri ve KAPUM personelinin organizasyon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23" w:history="1">
              <w:r w:rsidRPr="00391292">
                <w:rPr>
                  <w:rStyle w:val="Kpr"/>
                  <w:sz w:val="20"/>
                </w:rPr>
                <w:t>https://kapum.siirt.edu.tr/haber-etkinlik/zeynep-hatun-kiz-meslek-lisesi-kampus-gezisi/172353789.html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üniversite yaşamı, akademik birimler ve kariyer olanakları hakkında farkındalık kazanması.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Resmî haberde lise öğrencilerinin yoğun ilgi gösterdiği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Kampüs gezilerinin farklı lise gruplarıyla düzenli biçimde sürdürülmesi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İKA Kongresi ve Kariyer Fuarı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Kongre / kariyer fuarı / kariyer merkezleri arası iş birliği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kariyer merkezleri arasındaki bilgi paylaşımını ve iş birliğini geliştirmek; KAPUM faaliyetlerini tanıtmak.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05-07 Kasım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Karadeniz Teknik Üniversitesi Kariyer Geliştirme Uygulama ve Araştırma Merkezi ve diğer kariyer merkezleri.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Karadeniz Teknik Üniversitesi ev sahipliğindeki İnsan Kaynakları-Kariyer Kongresi'ne KAPUM Müdürü Dr. Öğr. Üyesi Sabri Toğluk bilim kurulu üyesi ve panel konuşmacısı olarak katılmış; üniversitelerin kariyer hizmetleri ve KAPUM faaliyetleri değerlendirilmiştir.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05-07 Kasım 2025 / Trabzon, Karadeniz Teknik Üniversitesi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9C50F8">
            <w:r>
              <w:rPr>
                <w:sz w:val="20"/>
              </w:rPr>
              <w:t xml:space="preserve">Kariyer merkezi yöneticileri, akademisyenler ve kongre katılımcıları. </w:t>
            </w:r>
            <w:r w:rsidR="009C50F8">
              <w:rPr>
                <w:sz w:val="20"/>
              </w:rPr>
              <w:t xml:space="preserve">150 </w:t>
            </w:r>
            <w:proofErr w:type="spellStart"/>
            <w:r w:rsidR="009C50F8">
              <w:rPr>
                <w:sz w:val="20"/>
              </w:rPr>
              <w:t>akademisyen</w:t>
            </w:r>
            <w:proofErr w:type="spellEnd"/>
            <w:r w:rsidR="009C50F8">
              <w:rPr>
                <w:sz w:val="20"/>
              </w:rPr>
              <w:t xml:space="preserve"> </w:t>
            </w:r>
            <w:proofErr w:type="spellStart"/>
            <w:r w:rsidR="009C50F8">
              <w:rPr>
                <w:sz w:val="20"/>
              </w:rPr>
              <w:t>ve</w:t>
            </w:r>
            <w:proofErr w:type="spellEnd"/>
            <w:r w:rsidR="009C50F8">
              <w:rPr>
                <w:sz w:val="20"/>
              </w:rPr>
              <w:t xml:space="preserve"> </w:t>
            </w:r>
            <w:proofErr w:type="spellStart"/>
            <w:r w:rsidR="009C50F8">
              <w:rPr>
                <w:sz w:val="20"/>
              </w:rPr>
              <w:t>idari</w:t>
            </w:r>
            <w:proofErr w:type="spellEnd"/>
            <w:r w:rsidR="009C50F8">
              <w:rPr>
                <w:sz w:val="20"/>
              </w:rPr>
              <w:t xml:space="preserve"> </w:t>
            </w:r>
            <w:proofErr w:type="spellStart"/>
            <w:r w:rsidR="009C50F8">
              <w:rPr>
                <w:sz w:val="20"/>
              </w:rPr>
              <w:t>personel</w:t>
            </w:r>
            <w:proofErr w:type="spellEnd"/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Kongre/fuar alanı, sunum materyalleri, KAPUM temsilcilerinin bilgi ve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24" w:history="1">
              <w:r w:rsidRPr="00391292">
                <w:rPr>
                  <w:rStyle w:val="Kpr"/>
                  <w:sz w:val="20"/>
                </w:rPr>
                <w:t>https://kapum.siirt.edu.tr/haber-etkinlik/insan-kaynaklari-ve-kariyer-kongresi-%28trabzon%29/996736022.html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merkezleri arasında deneyim paylaşımı, KAPUM'un tanıtımı ve üniversite-kariyer merkezi iş birliğinin geliştirilmesi.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Etkinlik kapsamında diğer kariyer merkezi yetkilileriyle görüşmeler gerçekleştirilmiştir.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merkezleri arası iyi uygulama paylaşımının düzenli hâle getirilmesi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Ulaknet İşbirliği Toplantısı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İş birliği toplantısı / kariyer ve istihdam koordinasyonu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hizmetleri ve ilgili dijital/kurumsal imkânlar konusunda iş birliği olanaklarını değerlendirmek.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19 Kasım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 ve ilgili paydaşlar.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ULAKNET iş birliği kapsamında toplantı gerçekleştirilmiş; iş birliği ve koordinasyon imkânlarının değerlendirilmesi amaçlanmıştır.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19 Kasım 2025 / Siirt Üniversitesi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CF6FC2">
            <w:r>
              <w:rPr>
                <w:sz w:val="20"/>
              </w:rPr>
              <w:t xml:space="preserve">KAPUM ve ilgili paydaş temsilcileri. </w:t>
            </w:r>
            <w:r w:rsidR="00CF6FC2">
              <w:rPr>
                <w:sz w:val="20"/>
              </w:rPr>
              <w:t xml:space="preserve">5 KAPUM </w:t>
            </w:r>
            <w:proofErr w:type="spellStart"/>
            <w:r w:rsidR="00CF6FC2">
              <w:rPr>
                <w:sz w:val="20"/>
              </w:rPr>
              <w:t>personeli</w:t>
            </w:r>
            <w:proofErr w:type="spellEnd"/>
            <w:r w:rsidR="00CF6FC2">
              <w:rPr>
                <w:sz w:val="20"/>
              </w:rPr>
              <w:t xml:space="preserve"> </w:t>
            </w:r>
            <w:proofErr w:type="spellStart"/>
            <w:r w:rsidR="00CF6FC2">
              <w:rPr>
                <w:sz w:val="20"/>
              </w:rPr>
              <w:t>ve</w:t>
            </w:r>
            <w:proofErr w:type="spellEnd"/>
            <w:r w:rsidR="00CF6FC2">
              <w:rPr>
                <w:sz w:val="20"/>
              </w:rPr>
              <w:t xml:space="preserve"> 3 </w:t>
            </w:r>
            <w:proofErr w:type="spellStart"/>
            <w:r w:rsidR="00CF6FC2">
              <w:rPr>
                <w:sz w:val="20"/>
              </w:rPr>
              <w:t>Ulaknet</w:t>
            </w:r>
            <w:proofErr w:type="spellEnd"/>
            <w:r w:rsidR="00CF6FC2">
              <w:rPr>
                <w:sz w:val="20"/>
              </w:rPr>
              <w:t xml:space="preserve"> </w:t>
            </w:r>
            <w:proofErr w:type="spellStart"/>
            <w:r w:rsidR="00CF6FC2">
              <w:rPr>
                <w:sz w:val="20"/>
              </w:rPr>
              <w:t>Personeli</w:t>
            </w:r>
            <w:proofErr w:type="spellEnd"/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Toplantı alanı/çevrim içi iletişim araçları ve KAPUM personelinin koordinasyon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4465" w:rsidRDefault="00AC5CFB">
            <w:pPr>
              <w:rPr>
                <w:sz w:val="20"/>
              </w:rPr>
            </w:pPr>
            <w:hyperlink r:id="rId25" w:history="1">
              <w:r w:rsidR="00CF6FC2" w:rsidRPr="00D758E9">
                <w:rPr>
                  <w:rStyle w:val="Kpr"/>
                  <w:sz w:val="20"/>
                </w:rPr>
                <w:t>https://kapum.siirt.edu.tr/duyuru/ulaknet-isbirligi-toplantisi/671826064.html</w:t>
              </w:r>
            </w:hyperlink>
          </w:p>
          <w:p w:rsidR="00CF6FC2" w:rsidRDefault="00CF6FC2"/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Kurumsal iş birliği olanaklarının değerlendirilmesi ve kariyer hizmetlerinin desteklenmesi.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Yapılandırılmış katılımcı görüşü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Toplantı çıktılarının eylem planına dönüştürülmesi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Yolunda Kaygı Yönetimi ve Akran Deneyimleri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farkındalığı / rehberlik konferansı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sınav ve gelecek kaygılarını tanımaları, kaygıyla başa çıkma becerileri geliştirmeleri ve kariyer farkındalıklarını artırmak.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24 Aralık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Planlama Topluluğu / KAPUM; Dr. Öğr. Üyesi Sabri Toğluk ve topluluk üyeleri.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Sancaklar Ortaokulu'nda kaygı yönetimi, sınav kaygısı, üniversite yaşamı ve kariyer planlamaya ilişkin sunum, odak görüşmeleri ve soru-cevap etkinliği gerçekleştirilmiştir.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24 Aralık 2025 / Sancaklar Ortaokulu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CF6FC2">
            <w:r>
              <w:rPr>
                <w:sz w:val="20"/>
              </w:rPr>
              <w:t xml:space="preserve">Ortaokul öğrencileri. </w:t>
            </w:r>
            <w:r w:rsidR="00CF6FC2">
              <w:rPr>
                <w:sz w:val="20"/>
              </w:rPr>
              <w:t xml:space="preserve">110 </w:t>
            </w:r>
            <w:proofErr w:type="spellStart"/>
            <w:r w:rsidR="00CF6FC2">
              <w:rPr>
                <w:sz w:val="20"/>
              </w:rPr>
              <w:t>ortaokul</w:t>
            </w:r>
            <w:proofErr w:type="spellEnd"/>
            <w:r w:rsidR="00CF6FC2">
              <w:rPr>
                <w:sz w:val="20"/>
              </w:rPr>
              <w:t xml:space="preserve"> </w:t>
            </w:r>
            <w:proofErr w:type="spellStart"/>
            <w:r w:rsidR="00CF6FC2">
              <w:rPr>
                <w:sz w:val="20"/>
              </w:rPr>
              <w:t>öğrencisi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Okul konferans alanı, sunum materyalleri, KAPUM/Kariyer Planlama Topluluğu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4465" w:rsidRDefault="00AC5CFB">
            <w:pPr>
              <w:rPr>
                <w:sz w:val="20"/>
              </w:rPr>
            </w:pPr>
            <w:hyperlink r:id="rId26" w:history="1">
              <w:r w:rsidR="00CF6FC2" w:rsidRPr="00D758E9">
                <w:rPr>
                  <w:rStyle w:val="Kpr"/>
                  <w:sz w:val="20"/>
                </w:rPr>
                <w:t>https://kapum.siirt.edu.tr/haber-etkinlik/kariyer-yolunda-kaygi-yonetimi-ve-akran-deneyimleri-konferansi/325859537.html</w:t>
              </w:r>
            </w:hyperlink>
          </w:p>
          <w:p w:rsidR="00CF6FC2" w:rsidRDefault="00CF6FC2"/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kaygılarını tanıması, başa çıkma becerileri geliştirmesi ve bilinçli kariyer hedefleri oluşturmasına katkı.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Etkinlik yoğun ilgi görmüş; öğrencilerle birebir odak görüşmeleri ve soru-cevap yapılmıştır.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Bireysel rehberlik sürelerinin artırılması ve etkinlik sonrası izleme yapılması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ÜNİDES Bilgilendirme Toplantısı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Bilgilendirme toplantısı / proje hazırlama eğitimi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 topluluklarının ÜNİDES kapsamında proje hazırlama ve başvuru süreçleri hakkında bilgi sahibi olmasını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26 Aralık 2025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Gençlik ve Spor Bakanlığı Gençlik Hizmetleri Genel Müdürlüğü iş birliği.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ÜNİDES kapsamında proje hazırlama, başvuru adımları ve proje yazım süreçlerine ilişkin bilgilendirme yapılmıştır.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26 Aralık 2025 / Siirt Üniversitesi Ziraat Fakültesi Konferans Salonu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CF6FC2">
            <w:r>
              <w:rPr>
                <w:sz w:val="20"/>
              </w:rPr>
              <w:t xml:space="preserve">Üniversite öğrenci toplulukları ve proje </w:t>
            </w:r>
            <w:r w:rsidR="00CF6FC2">
              <w:rPr>
                <w:sz w:val="20"/>
              </w:rPr>
              <w:t xml:space="preserve">hazırlamak isteyen öğrenciler. 50 </w:t>
            </w:r>
            <w:proofErr w:type="spellStart"/>
            <w:r w:rsidR="00CF6FC2">
              <w:rPr>
                <w:sz w:val="20"/>
              </w:rPr>
              <w:t>öğrenci</w:t>
            </w:r>
            <w:proofErr w:type="spellEnd"/>
            <w:r w:rsidR="00CF6FC2">
              <w:rPr>
                <w:sz w:val="20"/>
              </w:rPr>
              <w:t xml:space="preserve"> </w:t>
            </w:r>
            <w:proofErr w:type="spellStart"/>
            <w:r w:rsidR="00CF6FC2">
              <w:rPr>
                <w:sz w:val="20"/>
              </w:rPr>
              <w:t>katılmıştır</w:t>
            </w:r>
            <w:proofErr w:type="spellEnd"/>
            <w:r w:rsidR="00CF6FC2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Konferans salonu, sunum materyalleri, KAPUM personeli ve paydaş kurum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27" w:history="1">
              <w:r w:rsidRPr="00391292">
                <w:rPr>
                  <w:rStyle w:val="Kpr"/>
                  <w:sz w:val="20"/>
                </w:rPr>
                <w:t>https://kapum.siirt.edu.tr/duyuru/unides-proje-yazma-egitimi/834819962.html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proje yazma ve başvuru süreçlerinde yetkinlik kazanması; proje üretme kapasitesinin geliştirilmesi.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Yapılandırılmış katılımcı anketi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Uygulamalı proje yazma çalışmalarının artırılması ve başvuru sonrası danışmanlık verilmesi önerilmektedir.</w:t>
            </w:r>
          </w:p>
        </w:tc>
      </w:tr>
    </w:tbl>
    <w:p w:rsidR="00174465" w:rsidRDefault="00174465"/>
    <w:p w:rsidR="00174465" w:rsidRDefault="00851EA8">
      <w:pPr>
        <w:jc w:val="center"/>
      </w:pPr>
      <w:r>
        <w:rPr>
          <w:b/>
          <w:sz w:val="26"/>
        </w:rPr>
        <w:t>TOPLUMSAL KATKI FAALİYETİ (2026)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Sağlık Bilimleri Fakültesi Mezun-Öğrenci Buluşma Etkinliği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Mezun-öğrenci buluşması / kariyer söyleşisi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Mezun ve öğrenciler arasındaki etkileşimi güçlendirmek; mesleki deneyim, lisansüstü eğitim ve kariyer olanakları hakkında bilgi paylaşmak.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02 Şubat 2026, saat 19.30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Sağlık Bilimleri Fakültesi ve KAPUM; Dr. Öğr. Üyesi Emral Gülçek ve Dr. Öğr. Üyesi Sabri Toğluk moderatörlüğü.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Çevrim içi söyleşide saha uygulamalarına dayalı mesleki deneyimler, lisansüstü eğitim ve yurt dışı akademik/mesleki deneyimler ele alınmış; öğrencilerin soruları yanıtlanmıştır.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02 Şubat 2026 / Çevrim içi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CE6650">
            <w:r>
              <w:rPr>
                <w:sz w:val="20"/>
              </w:rPr>
              <w:t xml:space="preserve">Sağlık Bilimleri Fakültesi öğrencileri ve mezunları. </w:t>
            </w:r>
            <w:r w:rsidR="00CE6650">
              <w:rPr>
                <w:sz w:val="20"/>
              </w:rPr>
              <w:t xml:space="preserve">65 </w:t>
            </w:r>
            <w:proofErr w:type="spellStart"/>
            <w:r w:rsidR="00CE6650">
              <w:rPr>
                <w:sz w:val="20"/>
              </w:rPr>
              <w:t>katılımcı</w:t>
            </w:r>
            <w:proofErr w:type="spellEnd"/>
            <w:r w:rsidR="00CE6650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Google Meet/çevrim içi iletişim altyapısı, KAPUM ve fakülte personelinin organizasyon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28" w:history="1">
              <w:r w:rsidRPr="00391292">
                <w:rPr>
                  <w:rStyle w:val="Kpr"/>
                  <w:sz w:val="20"/>
                </w:rPr>
                <w:t>https://kapum.siirt.edu.tr/haber-etkinlik/saglik-bilimleri-fakultesi-mezun-ogrenci-bulusma-etkinligi/749267690.html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Mezun-öğrenci etkileşiminin güçlendirilmesi ve öğrencilerin kariyer farkındalıklarının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soruları yanıtlanmış; katkı sunan mezunlara teşekkür belgeleri takdim edilmiştir.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Mezun ağının düzenli etkinliklerle güçlendirilmesi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2026 Kariyer Fuarı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Kariyer fuarı / kariyer rehberliği / üniversite-sektör buluşması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 ve mezunları iş dünyasıyla buluşturmak; kariyer planlaması, staj ve istihdam fırsatları konusunda rehberlik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05-06 Mayıs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Van Yüzüncü Yıl Üniversitesi, İŞKUR ve paydaş üniversiteler.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DAKAF 2026'ya Siirt Üniversitesi 45 öğrenci ve 11 personel ile katılmış; öğrenciler kariyer söyleşileri, atölyeler, mülakat simülasyonları ve sektör buluşmalarına katılmıştır.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05-06 Mayıs 2026 / Van Expo Fuar ve Kongre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Yaklaşık 45 bin genel ziyaretçi; Siirt Üniversitesi 45 öğrenci ve 11 personel ile katılım sağlamıştır.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standı, fuar altyapısı, tanıtım materyalleri ve KAPUM personelinin koordinasyonu.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29" w:history="1">
              <w:r w:rsidRPr="00391292">
                <w:rPr>
                  <w:rStyle w:val="Kpr"/>
                  <w:sz w:val="20"/>
                </w:rPr>
                <w:t>https://kapum.siirt.edu.tr/haber-etkinlik/dakaf-2026-kariyer-fuari/111735657.html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Öğrencilerin mesleki gelişimlerinin desteklenmesi, sektörle temaslarının artırılması ve üniversitenin tanıtılması.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Resmî haberde üniversite standının yoğun ilgi gördüğü ve öğrencilerin çeşitli kariyer etkinliklerine katıldığı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Fuar sonrası öğrenci geri bildirimlerinin standart bir form ile toplanması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 Tanıtım Fuarı ve Kariyer Günü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 fuarı / kariyer rehberliği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öğrencileri Siirt Üniversitesi hakkında güncel bilgilerle buluşturmak ve üniversite-kariyer olanaklarını tanıtmak.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12 Mayıs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tanıtımı ve kariyer bilgilendirmesi amacıyla aday öğrencilere akademik programlar, üniversite imkânları ve kariyer hizmetleri hakkında bilgi verilmiştir.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12 Mayıs 2026 / Siirt Üniversitesi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Aday öğrenciler, veliler ve rehber öğretmenler. </w:t>
            </w:r>
            <w:r w:rsidR="00D6493F">
              <w:rPr>
                <w:sz w:val="20"/>
              </w:rPr>
              <w:t>3500 (</w:t>
            </w:r>
            <w:proofErr w:type="spellStart"/>
            <w:r w:rsidR="00D6493F">
              <w:rPr>
                <w:sz w:val="20"/>
              </w:rPr>
              <w:t>Tahmini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Katılımcı</w:t>
            </w:r>
            <w:proofErr w:type="spellEnd"/>
            <w:r w:rsidR="00D6493F">
              <w:rPr>
                <w:sz w:val="20"/>
              </w:rPr>
              <w:t xml:space="preserve">. </w:t>
            </w:r>
            <w:proofErr w:type="spellStart"/>
            <w:r w:rsidR="00D6493F">
              <w:rPr>
                <w:sz w:val="20"/>
              </w:rPr>
              <w:t>Fuara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katılan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kişi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sayısı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organizasyonu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yapan</w:t>
            </w:r>
            <w:proofErr w:type="spellEnd"/>
            <w:r w:rsidR="00D6493F">
              <w:rPr>
                <w:sz w:val="20"/>
              </w:rPr>
              <w:t xml:space="preserve"> İl </w:t>
            </w:r>
            <w:proofErr w:type="spellStart"/>
            <w:r w:rsidR="00D6493F">
              <w:rPr>
                <w:sz w:val="20"/>
              </w:rPr>
              <w:t>Milli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Eğitim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Müdürlüğü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tarafından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paylaşılmamıştır</w:t>
            </w:r>
            <w:proofErr w:type="spellEnd"/>
            <w:r>
              <w:rPr>
                <w:sz w:val="20"/>
              </w:rPr>
              <w:t>.</w:t>
            </w:r>
            <w:r w:rsidR="00D6493F">
              <w:rPr>
                <w:sz w:val="20"/>
              </w:rPr>
              <w:t>)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broşürler, görsel materyaller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175A9F" w:rsidRPr="00175A9F" w:rsidRDefault="00175A9F">
            <w:pPr>
              <w:rPr>
                <w:sz w:val="20"/>
              </w:rPr>
            </w:pPr>
            <w:hyperlink r:id="rId30" w:history="1">
              <w:r w:rsidRPr="00391292">
                <w:rPr>
                  <w:rStyle w:val="Kpr"/>
                  <w:sz w:val="20"/>
                </w:rPr>
                <w:t>https://kapum.siirt.edu.tr/haber-etkinlik/universite-tanitim-fuari/856832237.html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öğrencilerin Siirt Üniversitesini tanıması ve eğitim/kariyer olanakları konusunda bilgi edinmesi.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faaliyetlerinin tercih döneminden önce ve tercih döneminde planlı biçimde sürdürülmesi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Etkinlikleri 1- Sağlık ve Yapay Zekâ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/ kariyer ve meslek farkındalığı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Gençlerin değişen meslek yapıları, sağlıkta yapay zekâ uygulamaları ve geleceğin kariyer alanları hakkında farkındalık kazanmalarını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15 Haziran 2026, saat 11.00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koordinasyonunda; Basın ve Halkla İlişkiler Müdürlüğü ve Bilim İletişimi Ofisi iş birliği.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Zeynep Hatun Kız Mesleki ve Teknik Anadolu Lisesinde sağlık sektöründe yapay zekâ uygulamaları, teknolojik gelişmeler, geleceğin iş dünyasında öne çıkacak yetkinlikler, staj ve kariyer fırsatları ele alınmıştır.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15 Haziran 2026 / Zeynep Hatun Kız Mesleki ve Teknik Anadolu Lisesi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Lise öğrencileri, akademisyenler ve ilgili katılımcılar. </w:t>
            </w:r>
            <w:r w:rsidR="00D6493F">
              <w:rPr>
                <w:sz w:val="20"/>
              </w:rPr>
              <w:t xml:space="preserve">45 </w:t>
            </w:r>
            <w:proofErr w:type="spellStart"/>
            <w:r w:rsidR="00D6493F">
              <w:rPr>
                <w:sz w:val="20"/>
              </w:rPr>
              <w:t>katılımcı</w:t>
            </w:r>
            <w:proofErr w:type="spellEnd"/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Okul etkinlik alanı, sunum materyalleri, KAPUM ve paydaş birimlerin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AC5CFB" w:rsidRPr="00AC5CFB" w:rsidRDefault="00AC5CFB">
            <w:pPr>
              <w:rPr>
                <w:sz w:val="20"/>
              </w:rPr>
            </w:pPr>
            <w:hyperlink r:id="rId31" w:history="1">
              <w:r w:rsidRPr="00391292">
                <w:rPr>
                  <w:rStyle w:val="Kpr"/>
                  <w:sz w:val="20"/>
                </w:rPr>
                <w:t>https://kapum.siirt.edu.tr/haber-etkinlik/bilim-kafe-etkinlikleri-1-saglik-ve-yapay-zek%C3%A2/297869490.html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Yapay zekâ, sağlık, staj ve geleceğin meslekleri konusunda farkındalığın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Katılımcıların soru ve etkileşimleriyle program gerçekleştirilmiştir; sayısal memnuniyet verisi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serisinin farklı lise ve gençlik gruplarına yaygınlaştırılması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Etkinlikleri 2- Yeşil Dönüşüm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/ sürdürülebilirlik ve kariyer farkındalığı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Gençlerin geleceğin meslekleri, yeşil dönüşüm, sürdürülebilirlik ve çevre dostu teknolojiler konusunda farkındalıklarını artırmak.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18 Haziran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koordinasyonunda; Basın ve Halkla İlişkiler Müdürlüğü ve Bilim İletişimi Ofisi iş birliği.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OSB Bilim Teknik Kolejinde yeşil dönüşüm, sürdürülebilirlik, çevre dostu teknolojiler ve bu alanlardaki kariyer fırsatları ele alınmıştır.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18 Haziran 2026 / OSB Bilim Teknik Koleji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Öğrenciler ve ilgili katılımcılar. </w:t>
            </w:r>
            <w:r w:rsidR="00D6493F">
              <w:rPr>
                <w:sz w:val="20"/>
              </w:rPr>
              <w:t xml:space="preserve">40 </w:t>
            </w:r>
            <w:proofErr w:type="spellStart"/>
            <w:r w:rsidR="00D6493F">
              <w:rPr>
                <w:sz w:val="20"/>
              </w:rPr>
              <w:t>katılımcı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Okul etkinlik alanı, sunum materyalleri ve KAPUM/paydaş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AC5CFB" w:rsidRPr="00AC5CFB" w:rsidRDefault="00AC5CFB">
            <w:pPr>
              <w:rPr>
                <w:sz w:val="20"/>
              </w:rPr>
            </w:pPr>
            <w:hyperlink r:id="rId32" w:history="1">
              <w:r w:rsidRPr="00391292">
                <w:rPr>
                  <w:rStyle w:val="Kpr"/>
                  <w:sz w:val="20"/>
                </w:rPr>
                <w:t>https://kapum.siirt.edu.tr/haber-etkinlik/bilim-kafe-etkinlikleri-2-yesil-donusum/296858665.html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Yeşil dönüşüm ve sürdürülebilirlik alanlarındaki meslek ve kariyer fırsatlarına ilişkin farkındalığın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Katılımcılara konu hakkında bilgi verilmiştir; 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Yeşil dönüşüm alanındaki uygulamalı örneklerin artırılması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Etkinlikleri 3- Siber Güvenlik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/ siber güvenlik ve kariyer farkındalığı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Gençlerin siber güvenlik, dijital güvenlik ve geleceğin meslekleri konusunda farkındalık kazanmalarını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23 Haziran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koordinasyonunda; Basın ve Halkla İlişkiler Müdürlüğü ve Bilim İletişimi Ofisi iş birliği.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Gençlere siber güvenlik alanındaki gelişmeler, meslekler, yetkinlikler ve kariyer olanakları hakkında bilgilendirme yapılmıştır.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23 Haziran 2026 / Siirt Halk Eğitim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Öğrenciler ve gençler. </w:t>
            </w:r>
            <w:r w:rsidR="00D6493F">
              <w:rPr>
                <w:sz w:val="20"/>
              </w:rPr>
              <w:t xml:space="preserve">45 </w:t>
            </w:r>
            <w:proofErr w:type="spellStart"/>
            <w:r w:rsidR="00D6493F">
              <w:rPr>
                <w:sz w:val="20"/>
              </w:rPr>
              <w:t>katılımcı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Etkinlik alanı, sunum/iletişim araçları ve KAPUM/paydaş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AC5CFB" w:rsidRPr="00AC5CFB" w:rsidRDefault="00AC5CFB">
            <w:pPr>
              <w:rPr>
                <w:sz w:val="20"/>
              </w:rPr>
            </w:pPr>
            <w:hyperlink r:id="rId33" w:history="1">
              <w:r w:rsidRPr="00391292">
                <w:rPr>
                  <w:rStyle w:val="Kpr"/>
                  <w:sz w:val="20"/>
                </w:rPr>
                <w:t>https://kapum.siirt.edu.tr/haber-etkinlik/bilim-kafe-etkinlikleri-3-siber-guvenlik/647023838.html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Siber güvenlik alanındaki kariyer fırsatları ve gerekli yetkinliklere ilişkin farkındalığın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Yapılandırılmış anket sonucu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Uygulamalı siber güvenlik gösterimleri ve kariyer atölyelerinin artırılması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Etkinlikleri 4- Meslekler ve Dijitalleşme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Bilim Kafe / dijitalleşme ve kariyer farkındalığı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Gençlerin dijital dönüşümün çalışma hayatına etkileri ve geleceğin meslekleri konusunda farkındalık kazanmalarını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25 Haziran 2026, saat 11.00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KAPUM koordinasyonunda; Basın ve Halkla İlişkiler Müdürlüğü ve Bilim İletişimi Ofisi iş birliği.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Gençlik Merkezinde dijital dönüşümün çalışma hayatına etkileri ve geleceğin meslekleri ele alınmış; üniversitenin dijitalleşme odaklı eğitim vizyonu, staj ve kariyer fırsatları tanıtılmıştır.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25 Haziran 2026 / Siirt GSM Gençlik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Akademisyenler, veliler ve öğrenciler. </w:t>
            </w:r>
            <w:r w:rsidR="00D6493F">
              <w:rPr>
                <w:sz w:val="20"/>
              </w:rPr>
              <w:t xml:space="preserve">55 </w:t>
            </w:r>
            <w:proofErr w:type="spellStart"/>
            <w:r w:rsidR="00D6493F">
              <w:rPr>
                <w:sz w:val="20"/>
              </w:rPr>
              <w:t>katılımcı</w:t>
            </w:r>
            <w:proofErr w:type="spellEnd"/>
            <w:r w:rsidR="00D6493F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Gençlik Merkezi etkinlik alanı, sunum materyalleri ve KAPUM/paydaş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34" w:history="1">
              <w:r w:rsidRPr="00391292">
                <w:rPr>
                  <w:rStyle w:val="Kpr"/>
                  <w:sz w:val="20"/>
                </w:rPr>
                <w:t>https://kapum.siirt.edu.tr/haber-etkinlik/bilim-kafe-etkinlikleri-4-meslekler-ve-dijitallesme/513075448.html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Dijitalleşmenin kariyer planlamasına etkisi ve yeni meslek alanları hakkında farkındalığın artırılması.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Program interaktif soru-cevap oturumu ile tamamlanmıştır.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Dijital yetkinliklere yönelik uygulamalı etkinliklerin artırılması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Tercih Fuarları 1- Diyarbakır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 fuarı / tercih danışmanlığı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öğrencilerin üniversite ve bölüm tercihleri konusunda güncel bilgi edinmelerine katkı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22 Temmuz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standında aday öğrenci ve velilere akademik birimler, programlar, burslar, değişim programları, kampüs ve kariyer hizmetleri hakkında bilgi verilmiştir.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22 Temmuz 2026 / Diyarbakır Sezai Karakoç Kültür ve Kongre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 xml:space="preserve">KAPUM </w:t>
            </w:r>
            <w:proofErr w:type="spellStart"/>
            <w:r>
              <w:rPr>
                <w:sz w:val="20"/>
              </w:rPr>
              <w:t>standını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ziyaret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adaylar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veliler</w:t>
            </w:r>
            <w:proofErr w:type="spellEnd"/>
            <w:r>
              <w:rPr>
                <w:sz w:val="20"/>
              </w:rPr>
              <w:t>.</w:t>
            </w:r>
            <w:r w:rsidR="00D6493F">
              <w:rPr>
                <w:sz w:val="20"/>
              </w:rPr>
              <w:t xml:space="preserve"> </w:t>
            </w:r>
            <w:proofErr w:type="spellStart"/>
            <w:r w:rsidR="00D6493F" w:rsidRPr="00D6493F">
              <w:rPr>
                <w:sz w:val="20"/>
              </w:rPr>
              <w:t>Yaklaş</w:t>
            </w:r>
            <w:r w:rsidR="00D6493F">
              <w:rPr>
                <w:sz w:val="20"/>
              </w:rPr>
              <w:t>ık</w:t>
            </w:r>
            <w:proofErr w:type="spellEnd"/>
            <w:r w:rsidR="00D6493F">
              <w:rPr>
                <w:sz w:val="20"/>
              </w:rPr>
              <w:t xml:space="preserve"> 2.500 </w:t>
            </w:r>
            <w:proofErr w:type="spellStart"/>
            <w:r w:rsidR="00D6493F">
              <w:rPr>
                <w:sz w:val="20"/>
              </w:rPr>
              <w:t>genel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fuar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katılımcısı</w:t>
            </w:r>
            <w:proofErr w:type="spellEnd"/>
            <w:r w:rsidR="00D6493F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35" w:history="1">
              <w:r w:rsidRPr="00391292">
                <w:rPr>
                  <w:rStyle w:val="Kpr"/>
                  <w:sz w:val="20"/>
                </w:rPr>
                <w:t>https://kapum.siirt.edu.tr/haber-etkinlik/universite-tercih-fuarlari-1-diyarbakir/140620183.html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öğrencilerin bilinçli tercih yapmalarına katkı ve Siirt Üniversitesinin geniş kitlelere tanıtılması.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Katılımcılarla birebir görüşmeler gerçekleştirilmiştir; yapılandırılmış memnuniyet anketi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Tercih fuarlarında standart ziyaretçi/geri bildirim kayıtlarının tutulması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Tercih Fuarları 2- Gaziantep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 fuarı / tercih danışmanlığı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 ve ailelerine Siirt Üniversitesinin eğitim ve kariyer olanakları hakkında bilgi sunmak.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23 Temmuz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Öğr. Gör. Mehmet Kenan Tan ve Öğr. Gör. Alaattin Etiz.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Gaziantep Üniversitesi Mavera Kongre ve Sanat Merkezindeki fuarda aday öğrencilere akademik birimler, eğitim olanakları, burslar, değişim programları ve kariyer fırsatları hakkında bilgi verilmiş; tercih danışmanlığı yapılmıştır.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23 Temmuz 2026 / Gaziantep Üniversitesi Mavera Kongre ve Sanat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Aday öğrenciler ve veliler. </w:t>
            </w:r>
            <w:r w:rsidR="00D6493F">
              <w:rPr>
                <w:sz w:val="20"/>
              </w:rPr>
              <w:t xml:space="preserve">3500 </w:t>
            </w:r>
            <w:proofErr w:type="spellStart"/>
            <w:r w:rsidR="00D6493F">
              <w:rPr>
                <w:sz w:val="20"/>
              </w:rPr>
              <w:t>fuar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katılımcısı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36" w:history="1">
              <w:r w:rsidRPr="00391292">
                <w:rPr>
                  <w:rStyle w:val="Kpr"/>
                  <w:sz w:val="20"/>
                </w:rPr>
                <w:t>https://kapum.siirt.edu.tr/haber-etkinlik/universite-tercih-fuarlari-2-gaziantep/659302689.html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Adayların tercih süreçlerini daha bilinçli değerlendirmelerine katkı ve Siirt Üniversitesinin tanıtımı.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Standın yoğun ilgi gördüğü ve birebir görüşmeler gerçekleştirildiği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Tercih danışmanlığı görüşmelerinin kayıt altına alınarak sonraki tanıtım çalışmalarında kullanılması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Tercih Fuarları 3- Mersin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 fuarı / tercih danışmanlığı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öğrencilere Siirt Üniversitesinin eğitim, burs, değişim ve kariyer olanakları hakkında güncel bilgi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24 Temmuz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Araştırma Görevlisi Ebru Güç.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Mersin'deki tercih fuarında aday öğrencilere fakülteler, yüksekokullar, burs olanakları, Erasmus ve diğer değişim programları, araştırma altyapısı ve kariyer fırsatları hakkında bilgi verilmiştir.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24 Temmuz 2026 / Mersin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 w:rsidP="00D6493F">
            <w:r>
              <w:rPr>
                <w:sz w:val="20"/>
              </w:rPr>
              <w:t xml:space="preserve">Aday öğrenciler ve veliler. </w:t>
            </w:r>
            <w:r w:rsidR="00D6493F">
              <w:rPr>
                <w:sz w:val="20"/>
              </w:rPr>
              <w:t xml:space="preserve">3000 </w:t>
            </w:r>
            <w:proofErr w:type="spellStart"/>
            <w:r w:rsidR="00D6493F">
              <w:rPr>
                <w:sz w:val="20"/>
              </w:rPr>
              <w:t>fuar</w:t>
            </w:r>
            <w:proofErr w:type="spellEnd"/>
            <w:r w:rsidR="00D6493F">
              <w:rPr>
                <w:sz w:val="20"/>
              </w:rPr>
              <w:t xml:space="preserve"> </w:t>
            </w:r>
            <w:proofErr w:type="spellStart"/>
            <w:r w:rsidR="00D6493F">
              <w:rPr>
                <w:sz w:val="20"/>
              </w:rPr>
              <w:t>katılımcısı</w:t>
            </w:r>
            <w:proofErr w:type="spellEnd"/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37" w:history="1">
              <w:r w:rsidRPr="00391292">
                <w:rPr>
                  <w:rStyle w:val="Kpr"/>
                  <w:sz w:val="20"/>
                </w:rPr>
                <w:t>https://kapum.siirt.edu.tr/haber-etkinlik/universite-tercih-fuarlari-3-mersin/994620160.html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Adayların tercih süreçlerine ilişkin bilinçli değerlendirme yapmalarına katkı ve üniversitenin tanıtımı.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Birebir görüşmeler gerçekleştirilmiş; yapılandırılmış memnuniyet verisi paylaşılmamıştır.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Farklı şehirlerdeki fuar deneyimlerinin ortak bir değerlendirme formuyla izlenmesi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Tercih Fuarları 4- Adana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 fuarı / tercih danışmanlığı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öğrencileri Siirt Üniversitesinin eğitim ve kariyer olanaklarıyla buluşturmak.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25 Temmuz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Araştırma Görevlisi Ebru Güç.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Adana'daki tercih fuarında Siirt Üniversitesinin eğitim anlayışı, akademik birimleri, uygulama olanakları, değişim programları, bursları ve kariyer fırsatları tanıtılmış; adayların soruları yanıtlanmıştır.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25 Temmuz 2026 / Adana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 xml:space="preserve">Aday öğrenciler ve veliler. </w:t>
            </w:r>
            <w:r w:rsidR="0057228B" w:rsidRPr="0057228B">
              <w:rPr>
                <w:sz w:val="20"/>
              </w:rPr>
              <w:t xml:space="preserve">3500 </w:t>
            </w:r>
            <w:proofErr w:type="spellStart"/>
            <w:r w:rsidR="0057228B" w:rsidRPr="0057228B">
              <w:rPr>
                <w:sz w:val="20"/>
              </w:rPr>
              <w:t>fuar</w:t>
            </w:r>
            <w:proofErr w:type="spellEnd"/>
            <w:r w:rsidR="0057228B" w:rsidRPr="0057228B">
              <w:rPr>
                <w:sz w:val="20"/>
              </w:rPr>
              <w:t xml:space="preserve"> </w:t>
            </w:r>
            <w:proofErr w:type="spellStart"/>
            <w:r w:rsidR="0057228B" w:rsidRPr="0057228B">
              <w:rPr>
                <w:sz w:val="20"/>
              </w:rPr>
              <w:t>katılımcısı</w:t>
            </w:r>
            <w:proofErr w:type="spellEnd"/>
            <w:r w:rsidR="0057228B" w:rsidRPr="0057228B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38" w:history="1">
              <w:r w:rsidRPr="00391292">
                <w:rPr>
                  <w:rStyle w:val="Kpr"/>
                  <w:sz w:val="20"/>
                </w:rPr>
                <w:t>https://kapum.siirt.edu.tr/haber-etkinlik/universite-tercih-fuarlari-4-adana/80957268.html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Üniversitenin farklı şehirlerdeki aday öğrencilere tanıtılması ve tercih sürecine katkı sağlanması.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Standın yoğun ilgi gördüğü ve birebir görüşmeler yapıldığı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materyallerinin adayların bölümsel sorularına göre çeşitlendirilmesi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Tercih Fuarları 5- İstanbul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 fuarı / tercih danışmanlığı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öğrencilere Siirt Üniversitesinin eğitim, akademik ve kariyer olanaklarını tanıtmak.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01-02 Ağustos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Dr. Öğr. Üyesi Sabri Toğluk ve Dr. Öğr. Üyesi Yahya Aktu.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İstanbul'daki tercih fuarında aday öğrencilere fakülteler, programlar, araştırma altyapısı, burslar, değişim programları ve kampüs yaşamı hakkında bilgi verilmiş; bölüm tercihlerine ilişkin birebir rehberlik yapılmıştır.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01-02 Ağustos 2026 / İstanbul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 xml:space="preserve">Aday öğrenciler ve aileleri. </w:t>
            </w:r>
            <w:r w:rsidR="0057228B">
              <w:rPr>
                <w:sz w:val="20"/>
              </w:rPr>
              <w:t>7</w:t>
            </w:r>
            <w:r w:rsidR="0057228B" w:rsidRPr="0057228B">
              <w:rPr>
                <w:sz w:val="20"/>
              </w:rPr>
              <w:t xml:space="preserve">500 </w:t>
            </w:r>
            <w:proofErr w:type="spellStart"/>
            <w:r w:rsidR="0057228B" w:rsidRPr="0057228B">
              <w:rPr>
                <w:sz w:val="20"/>
              </w:rPr>
              <w:t>fuar</w:t>
            </w:r>
            <w:proofErr w:type="spellEnd"/>
            <w:r w:rsidR="0057228B" w:rsidRPr="0057228B">
              <w:rPr>
                <w:sz w:val="20"/>
              </w:rPr>
              <w:t xml:space="preserve"> </w:t>
            </w:r>
            <w:proofErr w:type="spellStart"/>
            <w:r w:rsidR="0057228B" w:rsidRPr="0057228B">
              <w:rPr>
                <w:sz w:val="20"/>
              </w:rPr>
              <w:t>katılımcısı</w:t>
            </w:r>
            <w:proofErr w:type="spellEnd"/>
            <w:r w:rsidR="0057228B" w:rsidRPr="0057228B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39" w:history="1">
              <w:r w:rsidRPr="00391292">
                <w:rPr>
                  <w:rStyle w:val="Kpr"/>
                  <w:sz w:val="20"/>
                </w:rPr>
                <w:t>https://kapum.siirt.edu.tr/haber-etkinlik/universite-tercih-fuarlari-5-istanbul/746911349.html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Üniversitesinin farklı bir bölgedeki aday öğrencilere tanıtılması ve tercih süreçlerinin desteklenmesi.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Yoğun katılım gözlendiği ve birebir görüşmeler gerçekleştirildiği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Tercih fuarı sonrasında adayların tercih sonuçlarına ilişkin izleme mekanizması geliştirilmesi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Tercih ve Tanıtım Günleri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tanıtımı / tercih danışmanlığı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Üniversite adayları ve ailelerini Siirt Üniversitesiyle buluşturmak; doğru, güncel ve güvenilir bilgilerle bilinçli tercihe katkı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29 Temmuz-01 Ağustos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 koordinasyonunda.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SiirtPark Alışveriş Merkezi'nde dört gün boyunca tanıtım standı kurulmuş; aday öğrenci ve velilere fakülteler, yüksekokullar, programlar, çift anadal/yandal, değişim, burs, araştırma merkezleri, sosyal-kültürel faaliyetler ve kampüs yaşamı hakkında bilgi verilmiştir.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29 Temmuz-01 Ağustos 2026 / SiirtPark Alışveriş Merkezi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57228B">
            <w:r>
              <w:rPr>
                <w:sz w:val="20"/>
              </w:rPr>
              <w:t xml:space="preserve">250 </w:t>
            </w:r>
            <w:proofErr w:type="spellStart"/>
            <w:r>
              <w:rPr>
                <w:sz w:val="20"/>
              </w:rPr>
              <w:t>ziyaretçi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aday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öğrenciler</w:t>
            </w:r>
            <w:proofErr w:type="spellEnd"/>
            <w:r w:rsidR="00851EA8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Tanıtım standı, broşürler, görsel materyaller ve KAPUM personelinin iş gücü.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40" w:history="1">
              <w:r w:rsidRPr="00391292">
                <w:rPr>
                  <w:rStyle w:val="Kpr"/>
                  <w:sz w:val="20"/>
                </w:rPr>
                <w:t>https://kapum.siirt.edu.tr/haber-etkinlik/siirt-universitesi-tercih-ve-tanitim-gunleri/716170153.html</w:t>
              </w:r>
            </w:hyperlink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lastRenderedPageBreak/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Aday öğrencilerin üniversite hakkında kapsamlı bilgi edinmesi ve bilinçli tercih yapmalarına katkı sağlanması.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Resmî haberde yüzlerce aday öğrenci ve velinin ağırlandığı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Etkinlikte başvuru/ziyaretçi kayıtlarının ve geri bildirimlerin sistematik tutulması önerilmektedir.</w:t>
            </w:r>
          </w:p>
        </w:tc>
      </w:tr>
    </w:tbl>
    <w:p w:rsidR="00174465" w:rsidRDefault="00174465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944"/>
        <w:gridCol w:w="6792"/>
      </w:tblGrid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Adı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TEKNOFEST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Türü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Teknoloji etkinliği / kariyer ve yetkinlik geliştirme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Amacı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Gençlerin teknoloji üretme, takım çalışması, proje geliştirme ve geleceğin teknoloji mesleklerini tanıma süreçlerine katkı sağlamak.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Süresi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18 Ağustos-03 Eylül 2026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 Gerçekleştiren Birim / Topluluk/ Kişi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 Üniversitesi KAPUM; TEKNOFEST 2026 organizasyonu ve ilgili paydaşlar.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İçeriği Hakkında Kısa Bilgi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Siirt'te gerçekleştirilen Savaşan İHA Yarışması kapsamında gençlerin teknoloji üretme, takım çalışması ve proje geliştirme deneyimleri desteklenmiş; KAPUM kariyer gelişimi ve teknoloji ekosistemi etkileşimi açısından organizasyonda yer almıştır.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Gerçekleştirildiği Tarih/Yer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18 Ağustos-03 Eylül 2026 / Siirt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Hedef Kitlesi/Katılımcı Sayısı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 xml:space="preserve">Gençler, üniversite öğrencileri ve teknoloji/proje ekipleri. </w:t>
            </w:r>
            <w:r w:rsidR="0057228B">
              <w:rPr>
                <w:sz w:val="20"/>
              </w:rPr>
              <w:t>500 ziyaretçi</w:t>
            </w:r>
            <w:r w:rsidR="0057228B" w:rsidRPr="0057228B">
              <w:rPr>
                <w:sz w:val="20"/>
              </w:rPr>
              <w:t>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Faaliyette Kullanılan Kaynaklar /Destekler (Maddi, fiziki ve iş gücü)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Yarışma alanı, teknoloji/proje altyapısı, tanıtım ve KAPUM personelinin organizasyon desteği.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Yönelik Dokümanlar (afiş, fotoğraf, haber, link)</w:t>
            </w:r>
          </w:p>
        </w:tc>
        <w:tc>
          <w:tcPr>
            <w:tcW w:w="6803" w:type="dxa"/>
            <w:vAlign w:val="center"/>
          </w:tcPr>
          <w:p w:rsidR="006F4EB3" w:rsidRPr="006F4EB3" w:rsidRDefault="006F4EB3">
            <w:pPr>
              <w:rPr>
                <w:sz w:val="20"/>
              </w:rPr>
            </w:pPr>
            <w:hyperlink r:id="rId41" w:history="1">
              <w:r w:rsidRPr="00391292">
                <w:rPr>
                  <w:rStyle w:val="Kpr"/>
                  <w:sz w:val="20"/>
                </w:rPr>
                <w:t>https://kapum.siirt.edu.tr/haber-etkinlik/teknofest-2026/491064710.html</w:t>
              </w:r>
            </w:hyperlink>
            <w:bookmarkStart w:id="0" w:name="_GoBack"/>
            <w:bookmarkEnd w:id="0"/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Faaliyetin Çıktıları (faaliyet sonunda elde edilen/elde edilmesi düşünülen yararlar)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Gençlerin teknik ve kariyer yetkinliklerinin geliştirilmesi, ekip çalışması ve proje deneyiminin desteklenmesi.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İlişkin katılımcıların görüşleri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Resmî haberde gençlerin proje üretme ve teknolojik çözüm geliştirme çalışmalarına katkı sağlandığı belirtilmiştir.</w:t>
            </w:r>
          </w:p>
        </w:tc>
      </w:tr>
      <w:tr w:rsidR="00174465">
        <w:trPr>
          <w:jc w:val="center"/>
        </w:trPr>
        <w:tc>
          <w:tcPr>
            <w:tcW w:w="2948" w:type="dxa"/>
            <w:vAlign w:val="center"/>
          </w:tcPr>
          <w:p w:rsidR="00174465" w:rsidRDefault="00851EA8">
            <w:r>
              <w:rPr>
                <w:b/>
                <w:sz w:val="20"/>
              </w:rPr>
              <w:t>Faaliyete ilişkin yürütücünün görüş ve önerileri</w:t>
            </w:r>
          </w:p>
        </w:tc>
        <w:tc>
          <w:tcPr>
            <w:tcW w:w="6803" w:type="dxa"/>
            <w:vAlign w:val="center"/>
          </w:tcPr>
          <w:p w:rsidR="00174465" w:rsidRDefault="00851EA8">
            <w:r>
              <w:rPr>
                <w:sz w:val="20"/>
              </w:rPr>
              <w:t>Teknoloji yarışmalarında kariyer rehberliği, mentörlük ve sektör buluşmalarının daha sistematik yürütülmesi önerilmektedir.</w:t>
            </w:r>
          </w:p>
        </w:tc>
      </w:tr>
    </w:tbl>
    <w:p w:rsidR="00174465" w:rsidRDefault="00174465"/>
    <w:sectPr w:rsidR="00174465" w:rsidSect="00034616">
      <w:footerReference w:type="default" r:id="rId4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BE" w:rsidRDefault="00A672BE">
      <w:pPr>
        <w:spacing w:after="0" w:line="240" w:lineRule="auto"/>
      </w:pPr>
      <w:r>
        <w:separator/>
      </w:r>
    </w:p>
  </w:endnote>
  <w:endnote w:type="continuationSeparator" w:id="0">
    <w:p w:rsidR="00A672BE" w:rsidRDefault="00A67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CFB" w:rsidRDefault="00AC5CFB">
    <w:pPr>
      <w:pStyle w:val="AltBilgi"/>
      <w:jc w:val="center"/>
    </w:pPr>
    <w:r>
      <w:rPr>
        <w:sz w:val="18"/>
      </w:rPr>
      <w:t>Siirt Üniversitesi KAPUM – Toplumsal Katkı Faaliyetleri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BE" w:rsidRDefault="00A672BE">
      <w:pPr>
        <w:spacing w:after="0" w:line="240" w:lineRule="auto"/>
      </w:pPr>
      <w:r>
        <w:separator/>
      </w:r>
    </w:p>
  </w:footnote>
  <w:footnote w:type="continuationSeparator" w:id="0">
    <w:p w:rsidR="00A672BE" w:rsidRDefault="00A67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ECD"/>
    <w:rsid w:val="00034616"/>
    <w:rsid w:val="0006063C"/>
    <w:rsid w:val="0015074B"/>
    <w:rsid w:val="00174465"/>
    <w:rsid w:val="00175A9F"/>
    <w:rsid w:val="0029639D"/>
    <w:rsid w:val="00326F90"/>
    <w:rsid w:val="00525068"/>
    <w:rsid w:val="0057228B"/>
    <w:rsid w:val="006F4EB3"/>
    <w:rsid w:val="00851EA8"/>
    <w:rsid w:val="008831C7"/>
    <w:rsid w:val="008F11DA"/>
    <w:rsid w:val="009C50F8"/>
    <w:rsid w:val="00A672BE"/>
    <w:rsid w:val="00AA1D8D"/>
    <w:rsid w:val="00AC5CFB"/>
    <w:rsid w:val="00B069EA"/>
    <w:rsid w:val="00B47730"/>
    <w:rsid w:val="00B87254"/>
    <w:rsid w:val="00B954AD"/>
    <w:rsid w:val="00C15D59"/>
    <w:rsid w:val="00CB0664"/>
    <w:rsid w:val="00CD2D73"/>
    <w:rsid w:val="00CE6650"/>
    <w:rsid w:val="00CF6FC2"/>
    <w:rsid w:val="00D15657"/>
    <w:rsid w:val="00D6493F"/>
    <w:rsid w:val="00D877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9A2991"/>
  <w14:defaultImageDpi w14:val="300"/>
  <w15:docId w15:val="{1654243E-DBC0-4F3F-A041-FE5624E0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D15657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F11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apum.siirt.edu.tr/haber-etkinlik/ziraat-fakultesi-oryantasyon-programi/486344822.html" TargetMode="External"/><Relationship Id="rId18" Type="http://schemas.openxmlformats.org/officeDocument/2006/relationships/hyperlink" Target="https://kapum.siirt.edu.tr/haber-etkinlik/dakaf-2025-koordinasyon-toplantisi/136446733.html" TargetMode="External"/><Relationship Id="rId26" Type="http://schemas.openxmlformats.org/officeDocument/2006/relationships/hyperlink" Target="https://kapum.siirt.edu.tr/haber-etkinlik/kariyer-yolunda-kaygi-yonetimi-ve-akran-deneyimleri-konferansi/325859537.html" TargetMode="External"/><Relationship Id="rId39" Type="http://schemas.openxmlformats.org/officeDocument/2006/relationships/hyperlink" Target="https://kapum.siirt.edu.tr/haber-etkinlik/universite-tercih-fuarlari-5-istanbul/746911349.html" TargetMode="External"/><Relationship Id="rId21" Type="http://schemas.openxmlformats.org/officeDocument/2006/relationships/hyperlink" Target="https://kapum.siirt.edu.tr/haber-etkinlik/dakaf-2025-kariyer-fuari/448558471.html" TargetMode="External"/><Relationship Id="rId34" Type="http://schemas.openxmlformats.org/officeDocument/2006/relationships/hyperlink" Target="https://kapum.siirt.edu.tr/haber-etkinlik/bilim-kafe-etkinlikleri-4-meslekler-ve-dijitallesme/513075448.html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kapum.siirt.edu.tr/haber-etkinlik/dakaf-2025-tanitim-ve-ar-ge-pazari-toplantisi/451836654.html" TargetMode="External"/><Relationship Id="rId20" Type="http://schemas.openxmlformats.org/officeDocument/2006/relationships/hyperlink" Target="https://kapum.siirt.edu.tr/haber-etkinlik/ucus-ve-otesi/168646712.html" TargetMode="External"/><Relationship Id="rId29" Type="http://schemas.openxmlformats.org/officeDocument/2006/relationships/hyperlink" Target="https://kapum.siirt.edu.tr/haber-etkinlik/dakaf-2026-kariyer-fuari/111735657.html" TargetMode="External"/><Relationship Id="rId41" Type="http://schemas.openxmlformats.org/officeDocument/2006/relationships/hyperlink" Target="https://kapum.siirt.edu.tr/haber-etkinlik/teknofest-2026/49106471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pum.siirt.edu.tr/duyuru/turkiyenin-veri-ambari-tuik-ve-modern-veri-bilimi-yontemleri/65272836.html" TargetMode="External"/><Relationship Id="rId24" Type="http://schemas.openxmlformats.org/officeDocument/2006/relationships/hyperlink" Target="https://kapum.siirt.edu.tr/haber-etkinlik/insan-kaynaklari-ve-kariyer-kongresi-%28trabzon%29/996736022.html" TargetMode="External"/><Relationship Id="rId32" Type="http://schemas.openxmlformats.org/officeDocument/2006/relationships/hyperlink" Target="https://kapum.siirt.edu.tr/haber-etkinlik/bilim-kafe-etkinlikleri-2-yesil-donusum/296858665.html" TargetMode="External"/><Relationship Id="rId37" Type="http://schemas.openxmlformats.org/officeDocument/2006/relationships/hyperlink" Target="https://kapum.siirt.edu.tr/haber-etkinlik/universite-tercih-fuarlari-3-mersin/994620160.html" TargetMode="External"/><Relationship Id="rId40" Type="http://schemas.openxmlformats.org/officeDocument/2006/relationships/hyperlink" Target="https://kapum.siirt.edu.tr/haber-etkinlik/siirt-universitesi-tercih-ve-tanitim-gunleri/716170153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pum.siirt.edu.tr/haber-etkinlik/zeynep-hatun-kiz-meslek-lisesi-kariyer-konferansi/788183452.html" TargetMode="External"/><Relationship Id="rId23" Type="http://schemas.openxmlformats.org/officeDocument/2006/relationships/hyperlink" Target="https://kapum.siirt.edu.tr/haber-etkinlik/zeynep-hatun-kiz-meslek-lisesi-kampus-gezisi/172353789.html" TargetMode="External"/><Relationship Id="rId28" Type="http://schemas.openxmlformats.org/officeDocument/2006/relationships/hyperlink" Target="https://kapum.siirt.edu.tr/haber-etkinlik/saglik-bilimleri-fakultesi-mezun-ogrenci-bulusma-etkinligi/749267690.html" TargetMode="External"/><Relationship Id="rId36" Type="http://schemas.openxmlformats.org/officeDocument/2006/relationships/hyperlink" Target="https://kapum.siirt.edu.tr/haber-etkinlik/universite-tercih-fuarlari-2-gaziantep/659302689.html" TargetMode="External"/><Relationship Id="rId10" Type="http://schemas.openxmlformats.org/officeDocument/2006/relationships/hyperlink" Target="https://kapum.siirt.edu.tr/haber-etkinlik/cumhurbaskanligi-ulusal-staj-programi-bilgilendirme-konferansi/282132879.html" TargetMode="External"/><Relationship Id="rId19" Type="http://schemas.openxmlformats.org/officeDocument/2006/relationships/hyperlink" Target="https://kapum.siirt.edu.tr/haber-etkinlik/dijital-cagda-kariyer/104817674.html" TargetMode="External"/><Relationship Id="rId31" Type="http://schemas.openxmlformats.org/officeDocument/2006/relationships/hyperlink" Target="https://kapum.siirt.edu.tr/haber-etkinlik/bilim-kafe-etkinlikleri-1-saglik-ve-yapay-zek%C3%A2/297869490.html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haberler.com/dakaf-24-dogu-anadolu-kariyer-fuari-na-50-bin-kisi-16699541-haberi/" TargetMode="External"/><Relationship Id="rId14" Type="http://schemas.openxmlformats.org/officeDocument/2006/relationships/hyperlink" Target="https://kapum.siirt.edu.tr/haber-etkinlik/ziraat-fakultesi-oryantasyon-programi/486344822.html" TargetMode="External"/><Relationship Id="rId22" Type="http://schemas.openxmlformats.org/officeDocument/2006/relationships/hyperlink" Target="https://www.vanolay.com/van-dakaf25i-50-bin-kisi-ziyaret-etti" TargetMode="External"/><Relationship Id="rId27" Type="http://schemas.openxmlformats.org/officeDocument/2006/relationships/hyperlink" Target="https://kapum.siirt.edu.tr/duyuru/unides-proje-yazma-egitimi/834819962.html" TargetMode="External"/><Relationship Id="rId30" Type="http://schemas.openxmlformats.org/officeDocument/2006/relationships/hyperlink" Target="https://kapum.siirt.edu.tr/haber-etkinlik/universite-tanitim-fuari/856832237.html" TargetMode="External"/><Relationship Id="rId35" Type="http://schemas.openxmlformats.org/officeDocument/2006/relationships/hyperlink" Target="https://kapum.siirt.edu.tr/haber-etkinlik/universite-tercih-fuarlari-1-diyarbakir/140620183.html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kapum.siirt.edu.tr/haber-etkinlik/dakaf-2024-kariyer-fuari/3542634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kapum.siirt.edu.tr/haber-etkinlik/siir-ve-suur-konusmalari-3-kariyer-mentorlugu/183047036.html" TargetMode="External"/><Relationship Id="rId17" Type="http://schemas.openxmlformats.org/officeDocument/2006/relationships/hyperlink" Target="https://kapum.siirt.edu.tr/duyuru/kariyer-ve-yetkinlik-bulusmalari/42061355.html" TargetMode="External"/><Relationship Id="rId25" Type="http://schemas.openxmlformats.org/officeDocument/2006/relationships/hyperlink" Target="https://kapum.siirt.edu.tr/duyuru/ulaknet-isbirligi-toplantisi/671826064.html" TargetMode="External"/><Relationship Id="rId33" Type="http://schemas.openxmlformats.org/officeDocument/2006/relationships/hyperlink" Target="https://kapum.siirt.edu.tr/haber-etkinlik/bilim-kafe-etkinlikleri-3-siber-guvenlik/647023838.html" TargetMode="External"/><Relationship Id="rId38" Type="http://schemas.openxmlformats.org/officeDocument/2006/relationships/hyperlink" Target="https://kapum.siirt.edu.tr/haber-etkinlik/universite-tercih-fuarlari-4-adana/8095726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C90B43-9578-40EE-965F-C54870A67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17</Pages>
  <Words>8506</Words>
  <Characters>48490</Characters>
  <Application>Microsoft Office Word</Application>
  <DocSecurity>0</DocSecurity>
  <Lines>404</Lines>
  <Paragraphs>113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MEHMET KENAN TAN</cp:lastModifiedBy>
  <cp:revision>26</cp:revision>
  <dcterms:created xsi:type="dcterms:W3CDTF">2026-09-29T12:49:00Z</dcterms:created>
  <dcterms:modified xsi:type="dcterms:W3CDTF">2026-10-02T10:20:00Z</dcterms:modified>
  <cp:category/>
</cp:coreProperties>
</file>